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A5EA6" w14:textId="1870BA77" w:rsidR="001C411E" w:rsidRDefault="001C411E" w:rsidP="001C411E">
      <w:pPr>
        <w:spacing w:after="120" w:line="240" w:lineRule="auto"/>
        <w:ind w:left="5103"/>
        <w:jc w:val="center"/>
        <w:rPr>
          <w:rStyle w:val="af6"/>
          <w:b w:val="0"/>
          <w:bCs w:val="0"/>
          <w:sz w:val="24"/>
          <w:szCs w:val="24"/>
        </w:rPr>
      </w:pPr>
      <w:r w:rsidRPr="001C411E">
        <w:rPr>
          <w:rStyle w:val="af6"/>
          <w:b w:val="0"/>
          <w:bCs w:val="0"/>
          <w:sz w:val="24"/>
          <w:szCs w:val="24"/>
        </w:rPr>
        <w:t>“</w:t>
      </w:r>
      <w:proofErr w:type="spellStart"/>
      <w:r w:rsidRPr="001C411E">
        <w:rPr>
          <w:rStyle w:val="af6"/>
          <w:b w:val="0"/>
          <w:bCs w:val="0"/>
          <w:sz w:val="24"/>
          <w:szCs w:val="24"/>
        </w:rPr>
        <w:t>Yangi</w:t>
      </w:r>
      <w:proofErr w:type="spellEnd"/>
      <w:r w:rsidRPr="001C411E">
        <w:rPr>
          <w:rStyle w:val="af6"/>
          <w:b w:val="0"/>
          <w:bCs w:val="0"/>
          <w:sz w:val="24"/>
          <w:szCs w:val="24"/>
        </w:rPr>
        <w:t xml:space="preserve"> </w:t>
      </w:r>
      <w:proofErr w:type="spellStart"/>
      <w:proofErr w:type="gramStart"/>
      <w:r w:rsidRPr="001C411E">
        <w:rPr>
          <w:rStyle w:val="af6"/>
          <w:b w:val="0"/>
          <w:bCs w:val="0"/>
          <w:sz w:val="24"/>
          <w:szCs w:val="24"/>
        </w:rPr>
        <w:t>O‘</w:t>
      </w:r>
      <w:proofErr w:type="gramEnd"/>
      <w:r w:rsidRPr="001C411E">
        <w:rPr>
          <w:rStyle w:val="af6"/>
          <w:b w:val="0"/>
          <w:bCs w:val="0"/>
          <w:sz w:val="24"/>
          <w:szCs w:val="24"/>
        </w:rPr>
        <w:t>zbekiston</w:t>
      </w:r>
      <w:proofErr w:type="spellEnd"/>
      <w:r w:rsidRPr="001C411E">
        <w:rPr>
          <w:rStyle w:val="af6"/>
          <w:b w:val="0"/>
          <w:bCs w:val="0"/>
          <w:sz w:val="24"/>
          <w:szCs w:val="24"/>
        </w:rPr>
        <w:t xml:space="preserve">” </w:t>
      </w:r>
      <w:proofErr w:type="spellStart"/>
      <w:r w:rsidRPr="001C411E">
        <w:rPr>
          <w:rStyle w:val="af6"/>
          <w:b w:val="0"/>
          <w:bCs w:val="0"/>
          <w:sz w:val="24"/>
          <w:szCs w:val="24"/>
        </w:rPr>
        <w:t>universiteti</w:t>
      </w:r>
      <w:proofErr w:type="spellEnd"/>
      <w:r w:rsidRPr="001C411E">
        <w:rPr>
          <w:rStyle w:val="af6"/>
          <w:b w:val="0"/>
          <w:bCs w:val="0"/>
          <w:sz w:val="24"/>
          <w:szCs w:val="24"/>
        </w:rPr>
        <w:t xml:space="preserve"> </w:t>
      </w:r>
      <w:proofErr w:type="spellStart"/>
      <w:r w:rsidRPr="001C411E">
        <w:rPr>
          <w:rStyle w:val="af6"/>
          <w:b w:val="0"/>
          <w:bCs w:val="0"/>
          <w:sz w:val="24"/>
          <w:szCs w:val="24"/>
        </w:rPr>
        <w:t>rektorining</w:t>
      </w:r>
      <w:proofErr w:type="spellEnd"/>
      <w:r w:rsidRPr="001C411E">
        <w:rPr>
          <w:rStyle w:val="af6"/>
          <w:b w:val="0"/>
          <w:bCs w:val="0"/>
          <w:sz w:val="24"/>
          <w:szCs w:val="24"/>
        </w:rPr>
        <w:t xml:space="preserve"> 2026-yil </w:t>
      </w:r>
      <w:r w:rsidR="00E91668">
        <w:rPr>
          <w:rStyle w:val="af6"/>
          <w:b w:val="0"/>
          <w:bCs w:val="0"/>
          <w:sz w:val="24"/>
          <w:szCs w:val="24"/>
        </w:rPr>
        <w:t>7</w:t>
      </w:r>
      <w:r w:rsidRPr="001C411E">
        <w:rPr>
          <w:rStyle w:val="af6"/>
          <w:b w:val="0"/>
          <w:bCs w:val="0"/>
          <w:sz w:val="24"/>
          <w:szCs w:val="24"/>
        </w:rPr>
        <w:t>-</w:t>
      </w:r>
      <w:r w:rsidR="001119B3">
        <w:rPr>
          <w:rStyle w:val="af6"/>
          <w:b w:val="0"/>
          <w:bCs w:val="0"/>
          <w:sz w:val="24"/>
          <w:szCs w:val="24"/>
        </w:rPr>
        <w:t>avgustdagi</w:t>
      </w:r>
      <w:r w:rsidRPr="001C411E">
        <w:rPr>
          <w:rStyle w:val="af6"/>
          <w:b w:val="0"/>
          <w:bCs w:val="0"/>
          <w:sz w:val="24"/>
          <w:szCs w:val="24"/>
        </w:rPr>
        <w:t xml:space="preserve"> </w:t>
      </w:r>
      <w:r w:rsidR="00E91668" w:rsidRPr="00E91668">
        <w:rPr>
          <w:rStyle w:val="af6"/>
          <w:b w:val="0"/>
          <w:bCs w:val="0"/>
          <w:sz w:val="24"/>
          <w:szCs w:val="24"/>
        </w:rPr>
        <w:t>149/8-IB</w:t>
      </w:r>
      <w:r w:rsidR="00E91668">
        <w:rPr>
          <w:rStyle w:val="af6"/>
          <w:b w:val="0"/>
          <w:bCs w:val="0"/>
          <w:sz w:val="24"/>
          <w:szCs w:val="24"/>
        </w:rPr>
        <w:t>—</w:t>
      </w:r>
      <w:r w:rsidR="00E91668" w:rsidRPr="00E91668">
        <w:rPr>
          <w:rStyle w:val="af6"/>
          <w:b w:val="0"/>
          <w:bCs w:val="0"/>
          <w:sz w:val="24"/>
          <w:szCs w:val="24"/>
        </w:rPr>
        <w:t>son</w:t>
      </w:r>
      <w:r w:rsidR="00E91668">
        <w:rPr>
          <w:rStyle w:val="af6"/>
          <w:b w:val="0"/>
          <w:bCs w:val="0"/>
          <w:sz w:val="24"/>
          <w:szCs w:val="24"/>
        </w:rPr>
        <w:t xml:space="preserve"> </w:t>
      </w:r>
      <w:proofErr w:type="spellStart"/>
      <w:r w:rsidRPr="001C411E">
        <w:rPr>
          <w:rStyle w:val="af6"/>
          <w:b w:val="0"/>
          <w:bCs w:val="0"/>
          <w:sz w:val="24"/>
          <w:szCs w:val="24"/>
        </w:rPr>
        <w:t>buyrug‘iga</w:t>
      </w:r>
      <w:proofErr w:type="spellEnd"/>
      <w:r w:rsidRPr="001C411E">
        <w:rPr>
          <w:rStyle w:val="af6"/>
          <w:b w:val="0"/>
          <w:bCs w:val="0"/>
          <w:sz w:val="24"/>
          <w:szCs w:val="24"/>
        </w:rPr>
        <w:t xml:space="preserve"> </w:t>
      </w:r>
    </w:p>
    <w:p w14:paraId="00A4D185" w14:textId="1C3854EB" w:rsidR="008C4A56" w:rsidRPr="001119B3" w:rsidRDefault="001119B3" w:rsidP="001C411E">
      <w:pPr>
        <w:spacing w:after="120" w:line="240" w:lineRule="auto"/>
        <w:ind w:left="5103"/>
        <w:jc w:val="center"/>
        <w:rPr>
          <w:rStyle w:val="af6"/>
          <w:b w:val="0"/>
          <w:bCs w:val="0"/>
          <w:sz w:val="24"/>
          <w:szCs w:val="24"/>
        </w:rPr>
      </w:pPr>
      <w:r w:rsidRPr="001119B3">
        <w:rPr>
          <w:rStyle w:val="af6"/>
          <w:b w:val="0"/>
          <w:bCs w:val="0"/>
          <w:sz w:val="24"/>
          <w:szCs w:val="24"/>
        </w:rPr>
        <w:t xml:space="preserve">ILOVA </w:t>
      </w:r>
    </w:p>
    <w:p w14:paraId="69B854EA" w14:textId="77777777" w:rsidR="008C4A56" w:rsidRDefault="008C4A56" w:rsidP="008C4A56">
      <w:pPr>
        <w:spacing w:after="120" w:line="240" w:lineRule="auto"/>
        <w:jc w:val="center"/>
        <w:rPr>
          <w:rStyle w:val="af6"/>
        </w:rPr>
      </w:pPr>
    </w:p>
    <w:p w14:paraId="6B752666" w14:textId="4E067B63" w:rsidR="008C4A56" w:rsidRDefault="004B403E" w:rsidP="00A90C8C">
      <w:pPr>
        <w:spacing w:after="0" w:line="240" w:lineRule="auto"/>
        <w:jc w:val="center"/>
        <w:rPr>
          <w:rStyle w:val="af6"/>
        </w:rPr>
      </w:pPr>
      <w:r w:rsidRPr="008C4A56">
        <w:rPr>
          <w:rStyle w:val="af6"/>
        </w:rPr>
        <w:t xml:space="preserve">“YANGI </w:t>
      </w:r>
      <w:proofErr w:type="gramStart"/>
      <w:r w:rsidRPr="008C4A56">
        <w:rPr>
          <w:rStyle w:val="af6"/>
        </w:rPr>
        <w:t>O‘</w:t>
      </w:r>
      <w:proofErr w:type="gramEnd"/>
      <w:r w:rsidRPr="008C4A56">
        <w:rPr>
          <w:rStyle w:val="af6"/>
        </w:rPr>
        <w:t>ZBEKISTON” UNIVERSITETIDA</w:t>
      </w:r>
      <w:r w:rsidRPr="008C4A56">
        <w:rPr>
          <w:rStyle w:val="af6"/>
        </w:rPr>
        <w:br/>
        <w:t xml:space="preserve">KORRUPSIYAGA QARSHI KURASHISH BO‘YICHA </w:t>
      </w:r>
    </w:p>
    <w:p w14:paraId="0DF77B98" w14:textId="4BE91597" w:rsidR="00BD429E" w:rsidRDefault="004B403E" w:rsidP="00A90C8C">
      <w:pPr>
        <w:spacing w:after="0" w:line="240" w:lineRule="auto"/>
        <w:jc w:val="center"/>
        <w:rPr>
          <w:rStyle w:val="af6"/>
        </w:rPr>
      </w:pPr>
      <w:r w:rsidRPr="008C4A56">
        <w:rPr>
          <w:rStyle w:val="af6"/>
        </w:rPr>
        <w:t>ASOSIY QOIDALAR</w:t>
      </w:r>
    </w:p>
    <w:p w14:paraId="47EE297B" w14:textId="77777777" w:rsidR="008C4A56" w:rsidRPr="008C4A56" w:rsidRDefault="008C4A56" w:rsidP="008C4A56">
      <w:pPr>
        <w:spacing w:after="120" w:line="240" w:lineRule="auto"/>
        <w:jc w:val="center"/>
        <w:rPr>
          <w:rStyle w:val="af6"/>
        </w:rPr>
      </w:pPr>
    </w:p>
    <w:p w14:paraId="6A4D3143" w14:textId="79E34BC9" w:rsidR="00BD429E" w:rsidRDefault="004B403E" w:rsidP="001C411E">
      <w:pPr>
        <w:pStyle w:val="a9"/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A56">
        <w:rPr>
          <w:rFonts w:ascii="Times New Roman" w:hAnsi="Times New Roman" w:cs="Times New Roman"/>
          <w:b/>
          <w:bCs/>
          <w:sz w:val="28"/>
          <w:szCs w:val="28"/>
        </w:rPr>
        <w:t xml:space="preserve">1-bob. </w:t>
      </w:r>
      <w:proofErr w:type="spellStart"/>
      <w:r w:rsidRPr="008C4A56">
        <w:rPr>
          <w:rFonts w:ascii="Times New Roman" w:hAnsi="Times New Roman" w:cs="Times New Roman"/>
          <w:b/>
          <w:bCs/>
          <w:sz w:val="28"/>
          <w:szCs w:val="28"/>
        </w:rPr>
        <w:t>Umumiy</w:t>
      </w:r>
      <w:proofErr w:type="spellEnd"/>
      <w:r w:rsidRPr="008C4A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C4A56">
        <w:rPr>
          <w:rFonts w:ascii="Times New Roman" w:hAnsi="Times New Roman" w:cs="Times New Roman"/>
          <w:b/>
          <w:bCs/>
          <w:sz w:val="28"/>
          <w:szCs w:val="28"/>
        </w:rPr>
        <w:t>qoidalar</w:t>
      </w:r>
      <w:proofErr w:type="spellEnd"/>
    </w:p>
    <w:p w14:paraId="349C5318" w14:textId="26A752DF" w:rsidR="00DD1D06" w:rsidRDefault="00DD1D06" w:rsidP="00A90C8C">
      <w:pPr>
        <w:pStyle w:val="ae"/>
        <w:numPr>
          <w:ilvl w:val="0"/>
          <w:numId w:val="10"/>
        </w:numPr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>
        <w:t>Mazkur</w:t>
      </w:r>
      <w:proofErr w:type="spellEnd"/>
      <w:r>
        <w:t xml:space="preserve"> </w:t>
      </w:r>
      <w:proofErr w:type="spellStart"/>
      <w:r>
        <w:t>Asosiy</w:t>
      </w:r>
      <w:proofErr w:type="spellEnd"/>
      <w:r>
        <w:t xml:space="preserve"> </w:t>
      </w:r>
      <w:proofErr w:type="spellStart"/>
      <w:r>
        <w:t>qoidalar</w:t>
      </w:r>
      <w:proofErr w:type="spellEnd"/>
      <w:r>
        <w:t xml:space="preserve"> (</w:t>
      </w:r>
      <w:proofErr w:type="spellStart"/>
      <w:r>
        <w:t>keyingi</w:t>
      </w:r>
      <w:proofErr w:type="spellEnd"/>
      <w:r>
        <w:t xml:space="preserve"> </w:t>
      </w:r>
      <w:proofErr w:type="spellStart"/>
      <w:r>
        <w:t>o‘rinlarda</w:t>
      </w:r>
      <w:proofErr w:type="spellEnd"/>
      <w:r>
        <w:t xml:space="preserve"> – </w:t>
      </w:r>
      <w:proofErr w:type="spellStart"/>
      <w:r>
        <w:t>Qoidalar</w:t>
      </w:r>
      <w:proofErr w:type="spellEnd"/>
      <w:r>
        <w:t xml:space="preserve">) </w:t>
      </w:r>
      <w:proofErr w:type="spellStart"/>
      <w:r>
        <w:t>O‘zbekiston</w:t>
      </w:r>
      <w:proofErr w:type="spellEnd"/>
      <w:r>
        <w:t xml:space="preserve"> </w:t>
      </w:r>
      <w:proofErr w:type="spellStart"/>
      <w:r>
        <w:t>Respublikasining</w:t>
      </w:r>
      <w:proofErr w:type="spellEnd"/>
      <w:r>
        <w:t xml:space="preserve"> </w:t>
      </w:r>
      <w:r w:rsidRPr="001C411E">
        <w:rPr>
          <w:rStyle w:val="af6"/>
          <w:b w:val="0"/>
          <w:bCs w:val="0"/>
        </w:rPr>
        <w:t>“</w:t>
      </w:r>
      <w:proofErr w:type="spellStart"/>
      <w:r w:rsidRPr="001C411E">
        <w:rPr>
          <w:rStyle w:val="af6"/>
          <w:b w:val="0"/>
          <w:bCs w:val="0"/>
        </w:rPr>
        <w:t>Korrupsiyaga</w:t>
      </w:r>
      <w:proofErr w:type="spellEnd"/>
      <w:r w:rsidRPr="001C411E">
        <w:rPr>
          <w:rStyle w:val="af6"/>
          <w:b w:val="0"/>
          <w:bCs w:val="0"/>
        </w:rPr>
        <w:t xml:space="preserve"> </w:t>
      </w:r>
      <w:proofErr w:type="spellStart"/>
      <w:r w:rsidRPr="001C411E">
        <w:rPr>
          <w:rStyle w:val="af6"/>
          <w:b w:val="0"/>
          <w:bCs w:val="0"/>
        </w:rPr>
        <w:t>qarshi</w:t>
      </w:r>
      <w:proofErr w:type="spellEnd"/>
      <w:r w:rsidRPr="001C411E">
        <w:rPr>
          <w:rStyle w:val="af6"/>
          <w:b w:val="0"/>
          <w:bCs w:val="0"/>
        </w:rPr>
        <w:t xml:space="preserve"> </w:t>
      </w:r>
      <w:proofErr w:type="spellStart"/>
      <w:r w:rsidRPr="001C411E">
        <w:rPr>
          <w:rStyle w:val="af6"/>
          <w:b w:val="0"/>
          <w:bCs w:val="0"/>
        </w:rPr>
        <w:t>kurashish</w:t>
      </w:r>
      <w:proofErr w:type="spellEnd"/>
      <w:r w:rsidRPr="001C411E">
        <w:rPr>
          <w:rStyle w:val="af6"/>
          <w:b w:val="0"/>
          <w:bCs w:val="0"/>
        </w:rPr>
        <w:t xml:space="preserve"> </w:t>
      </w:r>
      <w:proofErr w:type="spellStart"/>
      <w:r w:rsidRPr="001C411E">
        <w:rPr>
          <w:rStyle w:val="af6"/>
          <w:b w:val="0"/>
          <w:bCs w:val="0"/>
        </w:rPr>
        <w:t>to‘g‘risida”gi</w:t>
      </w:r>
      <w:proofErr w:type="spellEnd"/>
      <w:r w:rsidRPr="001C411E">
        <w:rPr>
          <w:rStyle w:val="af6"/>
          <w:b w:val="0"/>
          <w:bCs w:val="0"/>
        </w:rPr>
        <w:t xml:space="preserve"> </w:t>
      </w:r>
      <w:proofErr w:type="spellStart"/>
      <w:r w:rsidRPr="001C411E">
        <w:rPr>
          <w:rStyle w:val="af6"/>
          <w:b w:val="0"/>
          <w:bCs w:val="0"/>
        </w:rPr>
        <w:t>Qonuni</w:t>
      </w:r>
      <w:proofErr w:type="spellEnd"/>
      <w:r>
        <w:t xml:space="preserve">, </w:t>
      </w:r>
      <w:proofErr w:type="spellStart"/>
      <w:r>
        <w:t>O‘zbekiston</w:t>
      </w:r>
      <w:proofErr w:type="spellEnd"/>
      <w:r>
        <w:t xml:space="preserve"> </w:t>
      </w:r>
      <w:proofErr w:type="spellStart"/>
      <w:r>
        <w:t>Respublikasi</w:t>
      </w:r>
      <w:proofErr w:type="spellEnd"/>
      <w:r>
        <w:t xml:space="preserve"> </w:t>
      </w:r>
      <w:proofErr w:type="spellStart"/>
      <w:r>
        <w:t>Prezidentining</w:t>
      </w:r>
      <w:proofErr w:type="spellEnd"/>
      <w:r>
        <w:t xml:space="preserve"> </w:t>
      </w:r>
      <w:proofErr w:type="spellStart"/>
      <w:r>
        <w:t>korrupsiyaga</w:t>
      </w:r>
      <w:proofErr w:type="spellEnd"/>
      <w:r>
        <w:t xml:space="preserve"> </w:t>
      </w:r>
      <w:proofErr w:type="spellStart"/>
      <w:r>
        <w:t>qarshi</w:t>
      </w:r>
      <w:proofErr w:type="spellEnd"/>
      <w:r>
        <w:t xml:space="preserve"> </w:t>
      </w:r>
      <w:proofErr w:type="spellStart"/>
      <w:r>
        <w:t>kurashish</w:t>
      </w:r>
      <w:proofErr w:type="spellEnd"/>
      <w:r>
        <w:t xml:space="preserve"> </w:t>
      </w:r>
      <w:proofErr w:type="spellStart"/>
      <w:r>
        <w:t>sohasidagi</w:t>
      </w:r>
      <w:proofErr w:type="spellEnd"/>
      <w:r>
        <w:t xml:space="preserve"> </w:t>
      </w:r>
      <w:proofErr w:type="spellStart"/>
      <w:r>
        <w:t>farmonlari</w:t>
      </w:r>
      <w:proofErr w:type="spellEnd"/>
      <w:r>
        <w:t xml:space="preserve">, </w:t>
      </w:r>
      <w:proofErr w:type="spellStart"/>
      <w:r>
        <w:t>qarorlari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farmoyishlari</w:t>
      </w:r>
      <w:proofErr w:type="spellEnd"/>
      <w:r>
        <w:t xml:space="preserve">, </w:t>
      </w:r>
      <w:proofErr w:type="spellStart"/>
      <w:r>
        <w:t>O‘zbekiston</w:t>
      </w:r>
      <w:proofErr w:type="spellEnd"/>
      <w:r>
        <w:t xml:space="preserve"> </w:t>
      </w:r>
      <w:proofErr w:type="spellStart"/>
      <w:r>
        <w:t>Respublikasi</w:t>
      </w:r>
      <w:proofErr w:type="spellEnd"/>
      <w:r>
        <w:t xml:space="preserve"> </w:t>
      </w:r>
      <w:proofErr w:type="spellStart"/>
      <w:r>
        <w:t>Vazirlar</w:t>
      </w:r>
      <w:proofErr w:type="spellEnd"/>
      <w:r>
        <w:t xml:space="preserve"> </w:t>
      </w:r>
      <w:proofErr w:type="spellStart"/>
      <w:r>
        <w:t>Mahkamasining</w:t>
      </w:r>
      <w:proofErr w:type="spellEnd"/>
      <w:r>
        <w:t xml:space="preserve"> </w:t>
      </w:r>
      <w:proofErr w:type="spellStart"/>
      <w:r>
        <w:t>qarorlari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normativ-huquqiy</w:t>
      </w:r>
      <w:proofErr w:type="spellEnd"/>
      <w:r>
        <w:t xml:space="preserve"> </w:t>
      </w:r>
      <w:proofErr w:type="spellStart"/>
      <w:r>
        <w:t>hujjatlarga</w:t>
      </w:r>
      <w:proofErr w:type="spellEnd"/>
      <w:r>
        <w:t xml:space="preserve"> </w:t>
      </w:r>
      <w:proofErr w:type="spellStart"/>
      <w:r>
        <w:t>muvofiq</w:t>
      </w:r>
      <w:proofErr w:type="spellEnd"/>
      <w:r>
        <w:t xml:space="preserve"> </w:t>
      </w:r>
      <w:proofErr w:type="spellStart"/>
      <w:r>
        <w:t>ishlab</w:t>
      </w:r>
      <w:proofErr w:type="spellEnd"/>
      <w:r>
        <w:t xml:space="preserve"> </w:t>
      </w:r>
      <w:proofErr w:type="spellStart"/>
      <w:r>
        <w:t>chiqilgan</w:t>
      </w:r>
      <w:proofErr w:type="spellEnd"/>
      <w:r>
        <w:t xml:space="preserve"> </w:t>
      </w:r>
      <w:proofErr w:type="spellStart"/>
      <w:r>
        <w:t>bo‘lib</w:t>
      </w:r>
      <w:proofErr w:type="spellEnd"/>
      <w:r>
        <w:t xml:space="preserve">, </w:t>
      </w:r>
      <w:r w:rsidRPr="001C411E">
        <w:rPr>
          <w:rStyle w:val="af6"/>
          <w:b w:val="0"/>
          <w:bCs w:val="0"/>
        </w:rPr>
        <w:t>“</w:t>
      </w:r>
      <w:proofErr w:type="spellStart"/>
      <w:r w:rsidRPr="001C411E">
        <w:rPr>
          <w:rStyle w:val="af6"/>
          <w:b w:val="0"/>
          <w:bCs w:val="0"/>
        </w:rPr>
        <w:t>Yangi</w:t>
      </w:r>
      <w:proofErr w:type="spellEnd"/>
      <w:r w:rsidRPr="001C411E">
        <w:rPr>
          <w:rStyle w:val="af6"/>
          <w:b w:val="0"/>
          <w:bCs w:val="0"/>
        </w:rPr>
        <w:t xml:space="preserve"> </w:t>
      </w:r>
      <w:proofErr w:type="spellStart"/>
      <w:r w:rsidRPr="001C411E">
        <w:rPr>
          <w:rStyle w:val="af6"/>
          <w:b w:val="0"/>
          <w:bCs w:val="0"/>
        </w:rPr>
        <w:t>O‘zbekiston</w:t>
      </w:r>
      <w:proofErr w:type="spellEnd"/>
      <w:r w:rsidRPr="001C411E">
        <w:rPr>
          <w:rStyle w:val="af6"/>
          <w:b w:val="0"/>
          <w:bCs w:val="0"/>
        </w:rPr>
        <w:t xml:space="preserve">” </w:t>
      </w:r>
      <w:proofErr w:type="spellStart"/>
      <w:r w:rsidRPr="001C411E">
        <w:rPr>
          <w:rStyle w:val="af6"/>
          <w:b w:val="0"/>
          <w:bCs w:val="0"/>
        </w:rPr>
        <w:t>universitetida</w:t>
      </w:r>
      <w:proofErr w:type="spellEnd"/>
      <w:r w:rsidRPr="001C411E">
        <w:rPr>
          <w:rStyle w:val="af6"/>
          <w:b w:val="0"/>
          <w:bCs w:val="0"/>
        </w:rPr>
        <w:t xml:space="preserve"> (</w:t>
      </w:r>
      <w:proofErr w:type="spellStart"/>
      <w:r w:rsidRPr="001C411E">
        <w:rPr>
          <w:rStyle w:val="af6"/>
          <w:b w:val="0"/>
          <w:bCs w:val="0"/>
        </w:rPr>
        <w:t>keyingi</w:t>
      </w:r>
      <w:proofErr w:type="spellEnd"/>
      <w:r w:rsidRPr="001C411E">
        <w:rPr>
          <w:rStyle w:val="af6"/>
          <w:b w:val="0"/>
          <w:bCs w:val="0"/>
        </w:rPr>
        <w:t xml:space="preserve"> </w:t>
      </w:r>
      <w:proofErr w:type="spellStart"/>
      <w:r w:rsidRPr="001C411E">
        <w:rPr>
          <w:rStyle w:val="af6"/>
          <w:b w:val="0"/>
          <w:bCs w:val="0"/>
        </w:rPr>
        <w:t>o‘rinlarda</w:t>
      </w:r>
      <w:proofErr w:type="spellEnd"/>
      <w:r w:rsidRPr="001C411E">
        <w:rPr>
          <w:rStyle w:val="af6"/>
          <w:b w:val="0"/>
          <w:bCs w:val="0"/>
        </w:rPr>
        <w:t> – </w:t>
      </w:r>
      <w:proofErr w:type="spellStart"/>
      <w:r w:rsidRPr="001C411E">
        <w:rPr>
          <w:rStyle w:val="af6"/>
          <w:b w:val="0"/>
          <w:bCs w:val="0"/>
        </w:rPr>
        <w:t>Universitet</w:t>
      </w:r>
      <w:proofErr w:type="spellEnd"/>
      <w:r w:rsidRPr="001C411E">
        <w:rPr>
          <w:rStyle w:val="af6"/>
          <w:b w:val="0"/>
          <w:bCs w:val="0"/>
        </w:rPr>
        <w:t>)</w:t>
      </w:r>
      <w:r>
        <w:t xml:space="preserve"> </w:t>
      </w:r>
      <w:proofErr w:type="spellStart"/>
      <w:r>
        <w:t>korrupsiyaning</w:t>
      </w:r>
      <w:proofErr w:type="spellEnd"/>
      <w:r>
        <w:t xml:space="preserve"> </w:t>
      </w:r>
      <w:proofErr w:type="spellStart"/>
      <w:r>
        <w:t>oldini</w:t>
      </w:r>
      <w:proofErr w:type="spellEnd"/>
      <w:r>
        <w:t xml:space="preserve"> </w:t>
      </w:r>
      <w:proofErr w:type="spellStart"/>
      <w:r>
        <w:t>olish</w:t>
      </w:r>
      <w:proofErr w:type="spellEnd"/>
      <w:r>
        <w:t xml:space="preserve">, </w:t>
      </w:r>
      <w:proofErr w:type="spellStart"/>
      <w:r>
        <w:t>korrupsiyaviy</w:t>
      </w:r>
      <w:proofErr w:type="spellEnd"/>
      <w:r>
        <w:t xml:space="preserve"> </w:t>
      </w:r>
      <w:proofErr w:type="spellStart"/>
      <w:r>
        <w:t>xavf-xatarlarni</w:t>
      </w:r>
      <w:proofErr w:type="spellEnd"/>
      <w:r>
        <w:t xml:space="preserve"> </w:t>
      </w:r>
      <w:proofErr w:type="spellStart"/>
      <w:r>
        <w:t>kamaytirish</w:t>
      </w:r>
      <w:proofErr w:type="spellEnd"/>
      <w:r>
        <w:t xml:space="preserve">, </w:t>
      </w:r>
      <w:proofErr w:type="spellStart"/>
      <w:r>
        <w:t>halollik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shaffoflik</w:t>
      </w:r>
      <w:proofErr w:type="spellEnd"/>
      <w:r>
        <w:t xml:space="preserve"> </w:t>
      </w:r>
      <w:proofErr w:type="spellStart"/>
      <w:r>
        <w:t>madaniyatini</w:t>
      </w:r>
      <w:proofErr w:type="spellEnd"/>
      <w:r>
        <w:t xml:space="preserve"> </w:t>
      </w:r>
      <w:proofErr w:type="spellStart"/>
      <w:r>
        <w:t>qaror</w:t>
      </w:r>
      <w:proofErr w:type="spellEnd"/>
      <w:r>
        <w:t xml:space="preserve"> </w:t>
      </w:r>
      <w:proofErr w:type="spellStart"/>
      <w:r>
        <w:t>toptirish</w:t>
      </w:r>
      <w:proofErr w:type="spellEnd"/>
      <w:r>
        <w:t xml:space="preserve">, </w:t>
      </w:r>
      <w:proofErr w:type="spellStart"/>
      <w:r>
        <w:t>manfaatlar</w:t>
      </w:r>
      <w:proofErr w:type="spellEnd"/>
      <w:r>
        <w:t xml:space="preserve"> </w:t>
      </w:r>
      <w:proofErr w:type="spellStart"/>
      <w:r>
        <w:t>to‘qnashuvining</w:t>
      </w:r>
      <w:proofErr w:type="spellEnd"/>
      <w:r>
        <w:t xml:space="preserve"> </w:t>
      </w:r>
      <w:proofErr w:type="spellStart"/>
      <w:r>
        <w:t>oldini</w:t>
      </w:r>
      <w:proofErr w:type="spellEnd"/>
      <w:r>
        <w:t xml:space="preserve"> </w:t>
      </w:r>
      <w:proofErr w:type="spellStart"/>
      <w:r>
        <w:t>olish</w:t>
      </w:r>
      <w:proofErr w:type="spellEnd"/>
      <w:r>
        <w:t xml:space="preserve">, </w:t>
      </w:r>
      <w:proofErr w:type="spellStart"/>
      <w:r>
        <w:t>xodimlarning</w:t>
      </w:r>
      <w:proofErr w:type="spellEnd"/>
      <w:r>
        <w:t xml:space="preserve"> </w:t>
      </w:r>
      <w:proofErr w:type="spellStart"/>
      <w:r>
        <w:t>korrupsiyaga</w:t>
      </w:r>
      <w:proofErr w:type="spellEnd"/>
      <w:r>
        <w:t xml:space="preserve"> </w:t>
      </w:r>
      <w:proofErr w:type="spellStart"/>
      <w:r>
        <w:t>qarshi</w:t>
      </w:r>
      <w:proofErr w:type="spellEnd"/>
      <w:r>
        <w:t xml:space="preserve"> </w:t>
      </w:r>
      <w:proofErr w:type="spellStart"/>
      <w:r>
        <w:t>kurashish</w:t>
      </w:r>
      <w:proofErr w:type="spellEnd"/>
      <w:r>
        <w:t xml:space="preserve"> </w:t>
      </w:r>
      <w:proofErr w:type="spellStart"/>
      <w:r>
        <w:t>sohasidagi</w:t>
      </w:r>
      <w:proofErr w:type="spellEnd"/>
      <w:r>
        <w:t xml:space="preserve"> </w:t>
      </w:r>
      <w:proofErr w:type="spellStart"/>
      <w:r>
        <w:t>huquq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majburiyatlarini</w:t>
      </w:r>
      <w:proofErr w:type="spellEnd"/>
      <w:r>
        <w:t xml:space="preserve"> </w:t>
      </w:r>
      <w:proofErr w:type="spellStart"/>
      <w:r>
        <w:t>belgilash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mazkur</w:t>
      </w:r>
      <w:proofErr w:type="spellEnd"/>
      <w:r>
        <w:t xml:space="preserve"> </w:t>
      </w:r>
      <w:proofErr w:type="spellStart"/>
      <w:r>
        <w:t>yo‘nalishdagi</w:t>
      </w:r>
      <w:proofErr w:type="spellEnd"/>
      <w:r>
        <w:t xml:space="preserve"> </w:t>
      </w:r>
      <w:proofErr w:type="spellStart"/>
      <w:r>
        <w:t>ichki</w:t>
      </w:r>
      <w:proofErr w:type="spellEnd"/>
      <w:r>
        <w:t xml:space="preserve"> </w:t>
      </w:r>
      <w:proofErr w:type="spellStart"/>
      <w:r>
        <w:t>tashkiliy-huquqiy</w:t>
      </w:r>
      <w:proofErr w:type="spellEnd"/>
      <w:r>
        <w:t xml:space="preserve"> </w:t>
      </w:r>
      <w:proofErr w:type="spellStart"/>
      <w:r>
        <w:t>mexanizmlarni</w:t>
      </w:r>
      <w:proofErr w:type="spellEnd"/>
      <w:r>
        <w:t xml:space="preserve"> </w:t>
      </w:r>
      <w:proofErr w:type="spellStart"/>
      <w:r w:rsidR="00D87D64">
        <w:t>belgilaydi</w:t>
      </w:r>
      <w:proofErr w:type="spellEnd"/>
      <w:r>
        <w:t>.</w:t>
      </w:r>
    </w:p>
    <w:p w14:paraId="2E67B646" w14:textId="31BC5C60" w:rsidR="00BD429E" w:rsidRDefault="004B403E" w:rsidP="00A90C8C">
      <w:pPr>
        <w:pStyle w:val="ae"/>
        <w:numPr>
          <w:ilvl w:val="0"/>
          <w:numId w:val="10"/>
        </w:numPr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>
        <w:t>Mazkur</w:t>
      </w:r>
      <w:proofErr w:type="spellEnd"/>
      <w:r>
        <w:t xml:space="preserve"> </w:t>
      </w:r>
      <w:proofErr w:type="spellStart"/>
      <w:r>
        <w:t>qoidalar</w:t>
      </w:r>
      <w:proofErr w:type="spellEnd"/>
      <w:r>
        <w:t xml:space="preserve"> </w:t>
      </w:r>
      <w:proofErr w:type="spellStart"/>
      <w:r>
        <w:t>Universitetning</w:t>
      </w:r>
      <w:proofErr w:type="spellEnd"/>
      <w:r>
        <w:t xml:space="preserve"> </w:t>
      </w:r>
      <w:proofErr w:type="spellStart"/>
      <w:r>
        <w:t>barcha</w:t>
      </w:r>
      <w:proofErr w:type="spellEnd"/>
      <w:r>
        <w:t xml:space="preserve"> </w:t>
      </w:r>
      <w:proofErr w:type="spellStart"/>
      <w:r>
        <w:t>rahbarlari</w:t>
      </w:r>
      <w:proofErr w:type="spellEnd"/>
      <w:r>
        <w:t>, professor-</w:t>
      </w:r>
      <w:proofErr w:type="spellStart"/>
      <w:proofErr w:type="gramStart"/>
      <w:r>
        <w:t>o‘</w:t>
      </w:r>
      <w:proofErr w:type="gramEnd"/>
      <w:r>
        <w:t>qituvchilari</w:t>
      </w:r>
      <w:proofErr w:type="spellEnd"/>
      <w:r>
        <w:t xml:space="preserve">, </w:t>
      </w:r>
      <w:proofErr w:type="spellStart"/>
      <w:r>
        <w:t>ma’muriy</w:t>
      </w:r>
      <w:proofErr w:type="spellEnd"/>
      <w:r>
        <w:t xml:space="preserve">, </w:t>
      </w:r>
      <w:proofErr w:type="spellStart"/>
      <w:r>
        <w:t>o‘quv-yordamchi</w:t>
      </w:r>
      <w:proofErr w:type="spellEnd"/>
      <w:r>
        <w:t xml:space="preserve">, </w:t>
      </w:r>
      <w:proofErr w:type="spellStart"/>
      <w:r>
        <w:t>texnik</w:t>
      </w:r>
      <w:proofErr w:type="spellEnd"/>
      <w:r>
        <w:t xml:space="preserve"> </w:t>
      </w:r>
      <w:proofErr w:type="spellStart"/>
      <w:r>
        <w:t>xodimlari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mehnat</w:t>
      </w:r>
      <w:proofErr w:type="spellEnd"/>
      <w:r>
        <w:t xml:space="preserve"> </w:t>
      </w:r>
      <w:proofErr w:type="spellStart"/>
      <w:r>
        <w:t>shartnomasi</w:t>
      </w:r>
      <w:proofErr w:type="spellEnd"/>
      <w:r w:rsidR="00DD1D06">
        <w:t xml:space="preserve"> (</w:t>
      </w:r>
      <w:proofErr w:type="spellStart"/>
      <w:r w:rsidR="00DD1D06">
        <w:t>fuqarolik-huquqiy</w:t>
      </w:r>
      <w:proofErr w:type="spellEnd"/>
      <w:r w:rsidR="00DD1D06">
        <w:t xml:space="preserve"> </w:t>
      </w:r>
      <w:proofErr w:type="spellStart"/>
      <w:r w:rsidR="00DD1D06">
        <w:t>shartnoma</w:t>
      </w:r>
      <w:proofErr w:type="spellEnd"/>
      <w:r w:rsidR="00DD1D06">
        <w:t>)</w:t>
      </w:r>
      <w:r>
        <w:t xml:space="preserve"> </w:t>
      </w:r>
      <w:proofErr w:type="spellStart"/>
      <w:r>
        <w:t>asosida</w:t>
      </w:r>
      <w:proofErr w:type="spellEnd"/>
      <w:r>
        <w:t xml:space="preserve"> </w:t>
      </w:r>
      <w:proofErr w:type="spellStart"/>
      <w:r>
        <w:t>faoliyat</w:t>
      </w:r>
      <w:proofErr w:type="spellEnd"/>
      <w:r>
        <w:t xml:space="preserve"> </w:t>
      </w:r>
      <w:proofErr w:type="spellStart"/>
      <w:r>
        <w:t>yurituvchi</w:t>
      </w:r>
      <w:proofErr w:type="spellEnd"/>
      <w:r>
        <w:t xml:space="preserve">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shaxslar</w:t>
      </w:r>
      <w:proofErr w:type="spellEnd"/>
      <w:r w:rsidR="00D87D64">
        <w:t xml:space="preserve"> </w:t>
      </w:r>
      <w:proofErr w:type="spellStart"/>
      <w:r w:rsidR="00D87D64">
        <w:t>uchun</w:t>
      </w:r>
      <w:proofErr w:type="spellEnd"/>
      <w:r>
        <w:t xml:space="preserve"> </w:t>
      </w:r>
      <w:proofErr w:type="spellStart"/>
      <w:r>
        <w:t>majburiy</w:t>
      </w:r>
      <w:proofErr w:type="spellEnd"/>
      <w:r>
        <w:t xml:space="preserve"> </w:t>
      </w:r>
      <w:proofErr w:type="spellStart"/>
      <w:r>
        <w:t>hisoblanadi</w:t>
      </w:r>
      <w:proofErr w:type="spellEnd"/>
      <w:r>
        <w:t>.</w:t>
      </w:r>
    </w:p>
    <w:p w14:paraId="3DBC875A" w14:textId="7B92589A" w:rsidR="00DD1D06" w:rsidRDefault="00DD1D06" w:rsidP="00A90C8C">
      <w:pPr>
        <w:pStyle w:val="ae"/>
        <w:numPr>
          <w:ilvl w:val="0"/>
          <w:numId w:val="10"/>
        </w:numPr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>
        <w:t>Mazkur</w:t>
      </w:r>
      <w:proofErr w:type="spellEnd"/>
      <w:r w:rsidR="00A90C8C">
        <w:t xml:space="preserve"> </w:t>
      </w:r>
      <w:proofErr w:type="spellStart"/>
      <w:r>
        <w:t>Qoidalarning</w:t>
      </w:r>
      <w:proofErr w:type="spellEnd"/>
      <w:r>
        <w:t xml:space="preserve"> </w:t>
      </w:r>
      <w:proofErr w:type="spellStart"/>
      <w:r>
        <w:t>asosiy</w:t>
      </w:r>
      <w:proofErr w:type="spellEnd"/>
      <w:r>
        <w:t xml:space="preserve"> </w:t>
      </w:r>
      <w:proofErr w:type="spellStart"/>
      <w:r>
        <w:t>maqsadi</w:t>
      </w:r>
      <w:proofErr w:type="spellEnd"/>
      <w:r>
        <w:t xml:space="preserve"> </w:t>
      </w:r>
      <w:proofErr w:type="spellStart"/>
      <w:r>
        <w:t>Universitet</w:t>
      </w:r>
      <w:proofErr w:type="spellEnd"/>
      <w:r>
        <w:t xml:space="preserve"> </w:t>
      </w:r>
      <w:proofErr w:type="spellStart"/>
      <w:r>
        <w:t>faoliyatining</w:t>
      </w:r>
      <w:proofErr w:type="spellEnd"/>
      <w:r>
        <w:t xml:space="preserve"> </w:t>
      </w:r>
      <w:proofErr w:type="spellStart"/>
      <w:r>
        <w:t>barcha</w:t>
      </w:r>
      <w:proofErr w:type="spellEnd"/>
      <w:r>
        <w:t xml:space="preserve"> </w:t>
      </w:r>
      <w:proofErr w:type="spellStart"/>
      <w:proofErr w:type="gramStart"/>
      <w:r>
        <w:t>yo‘</w:t>
      </w:r>
      <w:proofErr w:type="gramEnd"/>
      <w:r>
        <w:t>nalishlarida</w:t>
      </w:r>
      <w:proofErr w:type="spellEnd"/>
      <w:r>
        <w:t xml:space="preserve"> </w:t>
      </w:r>
      <w:proofErr w:type="spellStart"/>
      <w:r>
        <w:t>korrupsiyaning</w:t>
      </w:r>
      <w:proofErr w:type="spellEnd"/>
      <w:r>
        <w:t xml:space="preserve"> </w:t>
      </w:r>
      <w:proofErr w:type="spellStart"/>
      <w:r>
        <w:t>oldini</w:t>
      </w:r>
      <w:proofErr w:type="spellEnd"/>
      <w:r>
        <w:t xml:space="preserve"> </w:t>
      </w:r>
      <w:proofErr w:type="spellStart"/>
      <w:r>
        <w:t>olish</w:t>
      </w:r>
      <w:proofErr w:type="spellEnd"/>
      <w:r>
        <w:t xml:space="preserve">, </w:t>
      </w:r>
      <w:proofErr w:type="spellStart"/>
      <w:r>
        <w:t>korrupsion</w:t>
      </w:r>
      <w:proofErr w:type="spellEnd"/>
      <w:r>
        <w:t xml:space="preserve"> </w:t>
      </w:r>
      <w:proofErr w:type="spellStart"/>
      <w:r>
        <w:t>xavf-xatarlarni</w:t>
      </w:r>
      <w:proofErr w:type="spellEnd"/>
      <w:r>
        <w:t xml:space="preserve"> </w:t>
      </w:r>
      <w:proofErr w:type="spellStart"/>
      <w:r>
        <w:t>erta</w:t>
      </w:r>
      <w:proofErr w:type="spellEnd"/>
      <w:r>
        <w:t xml:space="preserve"> </w:t>
      </w:r>
      <w:proofErr w:type="spellStart"/>
      <w:r>
        <w:t>aniqlash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bartaraf</w:t>
      </w:r>
      <w:proofErr w:type="spellEnd"/>
      <w:r>
        <w:t xml:space="preserve"> </w:t>
      </w:r>
      <w:proofErr w:type="spellStart"/>
      <w:r>
        <w:t>etish</w:t>
      </w:r>
      <w:proofErr w:type="spellEnd"/>
      <w:r>
        <w:t xml:space="preserve">, </w:t>
      </w:r>
      <w:proofErr w:type="spellStart"/>
      <w:r>
        <w:t>halollik</w:t>
      </w:r>
      <w:proofErr w:type="spellEnd"/>
      <w:r>
        <w:t xml:space="preserve"> </w:t>
      </w:r>
      <w:proofErr w:type="spellStart"/>
      <w:r>
        <w:t>tamoyillarini</w:t>
      </w:r>
      <w:proofErr w:type="spellEnd"/>
      <w:r>
        <w:t xml:space="preserve"> </w:t>
      </w:r>
      <w:proofErr w:type="spellStart"/>
      <w:r>
        <w:t>qaror</w:t>
      </w:r>
      <w:proofErr w:type="spellEnd"/>
      <w:r>
        <w:t xml:space="preserve"> </w:t>
      </w:r>
      <w:proofErr w:type="spellStart"/>
      <w:r>
        <w:t>toptirish</w:t>
      </w:r>
      <w:proofErr w:type="spellEnd"/>
      <w:r>
        <w:t xml:space="preserve">, </w:t>
      </w:r>
      <w:proofErr w:type="spellStart"/>
      <w:r>
        <w:t>manfaatlar</w:t>
      </w:r>
      <w:proofErr w:type="spellEnd"/>
      <w:r>
        <w:t xml:space="preserve"> </w:t>
      </w:r>
      <w:proofErr w:type="spellStart"/>
      <w:r>
        <w:t>to‘qnashuvini</w:t>
      </w:r>
      <w:r w:rsidR="00B34EB7">
        <w:t>ng</w:t>
      </w:r>
      <w:proofErr w:type="spellEnd"/>
      <w:r>
        <w:t xml:space="preserve"> </w:t>
      </w:r>
      <w:proofErr w:type="spellStart"/>
      <w:r>
        <w:t>oldini</w:t>
      </w:r>
      <w:proofErr w:type="spellEnd"/>
      <w:r>
        <w:t xml:space="preserve"> </w:t>
      </w:r>
      <w:proofErr w:type="spellStart"/>
      <w:r>
        <w:t>olish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ochiqlik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shaffoflikni</w:t>
      </w:r>
      <w:proofErr w:type="spellEnd"/>
      <w:r>
        <w:t xml:space="preserve"> </w:t>
      </w:r>
      <w:proofErr w:type="spellStart"/>
      <w:r>
        <w:t>ta’minlashdan</w:t>
      </w:r>
      <w:proofErr w:type="spellEnd"/>
      <w:r>
        <w:t xml:space="preserve"> </w:t>
      </w:r>
      <w:proofErr w:type="spellStart"/>
      <w:r>
        <w:t>iborat</w:t>
      </w:r>
      <w:proofErr w:type="spellEnd"/>
      <w:r>
        <w:t>.</w:t>
      </w:r>
    </w:p>
    <w:p w14:paraId="5A51C03D" w14:textId="41ABDEBC" w:rsidR="00BD429E" w:rsidRDefault="004B403E" w:rsidP="00DD1D06">
      <w:pPr>
        <w:pStyle w:val="ae"/>
        <w:tabs>
          <w:tab w:val="left" w:pos="1134"/>
        </w:tabs>
        <w:spacing w:after="120" w:line="240" w:lineRule="auto"/>
        <w:ind w:left="0"/>
        <w:contextualSpacing w:val="0"/>
        <w:jc w:val="center"/>
        <w:rPr>
          <w:b/>
          <w:bCs/>
        </w:rPr>
      </w:pPr>
      <w:r w:rsidRPr="00DD1D06">
        <w:rPr>
          <w:b/>
          <w:bCs/>
        </w:rPr>
        <w:t xml:space="preserve">2-bob. </w:t>
      </w:r>
      <w:proofErr w:type="spellStart"/>
      <w:r w:rsidRPr="00DD1D06">
        <w:rPr>
          <w:b/>
          <w:bCs/>
        </w:rPr>
        <w:t>Asosiy</w:t>
      </w:r>
      <w:proofErr w:type="spellEnd"/>
      <w:r w:rsidRPr="00DD1D06">
        <w:rPr>
          <w:b/>
          <w:bCs/>
        </w:rPr>
        <w:t xml:space="preserve"> </w:t>
      </w:r>
      <w:proofErr w:type="spellStart"/>
      <w:r w:rsidR="00044E1A">
        <w:rPr>
          <w:b/>
          <w:bCs/>
        </w:rPr>
        <w:t>prinsiplar</w:t>
      </w:r>
      <w:proofErr w:type="spellEnd"/>
    </w:p>
    <w:p w14:paraId="21A56479" w14:textId="3AF9C26B" w:rsidR="00731AF9" w:rsidRDefault="00731AF9" w:rsidP="00731AF9">
      <w:pPr>
        <w:pStyle w:val="ae"/>
        <w:numPr>
          <w:ilvl w:val="0"/>
          <w:numId w:val="10"/>
        </w:numPr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 w:rsidRPr="00731AF9">
        <w:t>Universitetda</w:t>
      </w:r>
      <w:proofErr w:type="spellEnd"/>
      <w:r w:rsidRPr="00731AF9">
        <w:t xml:space="preserve"> </w:t>
      </w:r>
      <w:proofErr w:type="spellStart"/>
      <w:r w:rsidRPr="00731AF9">
        <w:t>korrupsiyaga</w:t>
      </w:r>
      <w:proofErr w:type="spellEnd"/>
      <w:r w:rsidRPr="00731AF9">
        <w:t xml:space="preserve"> </w:t>
      </w:r>
      <w:proofErr w:type="spellStart"/>
      <w:r w:rsidRPr="00731AF9">
        <w:t>qarshi</w:t>
      </w:r>
      <w:proofErr w:type="spellEnd"/>
      <w:r w:rsidRPr="00731AF9">
        <w:t xml:space="preserve"> </w:t>
      </w:r>
      <w:proofErr w:type="spellStart"/>
      <w:r w:rsidRPr="00731AF9">
        <w:t>kurashish</w:t>
      </w:r>
      <w:proofErr w:type="spellEnd"/>
      <w:r w:rsidRPr="00731AF9">
        <w:t xml:space="preserve"> </w:t>
      </w:r>
      <w:proofErr w:type="spellStart"/>
      <w:r w:rsidRPr="00731AF9">
        <w:t>quyidagi</w:t>
      </w:r>
      <w:proofErr w:type="spellEnd"/>
      <w:r w:rsidRPr="00731AF9">
        <w:t xml:space="preserve"> </w:t>
      </w:r>
      <w:proofErr w:type="spellStart"/>
      <w:r w:rsidRPr="00731AF9">
        <w:t>asosiy</w:t>
      </w:r>
      <w:proofErr w:type="spellEnd"/>
      <w:r w:rsidRPr="00731AF9">
        <w:t xml:space="preserve"> </w:t>
      </w:r>
      <w:proofErr w:type="spellStart"/>
      <w:r w:rsidR="00044E1A">
        <w:t>prinsiplar</w:t>
      </w:r>
      <w:proofErr w:type="spellEnd"/>
      <w:r w:rsidRPr="00731AF9">
        <w:t xml:space="preserve"> </w:t>
      </w:r>
      <w:proofErr w:type="spellStart"/>
      <w:r w:rsidRPr="00731AF9">
        <w:t>asosida</w:t>
      </w:r>
      <w:proofErr w:type="spellEnd"/>
      <w:r w:rsidRPr="00731AF9">
        <w:t xml:space="preserve"> </w:t>
      </w:r>
      <w:proofErr w:type="spellStart"/>
      <w:r w:rsidRPr="00731AF9">
        <w:t>amalga</w:t>
      </w:r>
      <w:proofErr w:type="spellEnd"/>
      <w:r w:rsidRPr="00731AF9">
        <w:t xml:space="preserve"> </w:t>
      </w:r>
      <w:proofErr w:type="spellStart"/>
      <w:r w:rsidRPr="00731AF9">
        <w:t>oshiriladi</w:t>
      </w:r>
      <w:proofErr w:type="spellEnd"/>
      <w:r w:rsidRPr="00731AF9">
        <w:t>:</w:t>
      </w:r>
    </w:p>
    <w:p w14:paraId="0602A777" w14:textId="77777777" w:rsidR="00A90C8C" w:rsidRDefault="00731AF9" w:rsidP="00731AF9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 w:rsidRPr="00731AF9">
        <w:rPr>
          <w:b/>
          <w:bCs/>
        </w:rPr>
        <w:t>Qonuniylik</w:t>
      </w:r>
      <w:proofErr w:type="spellEnd"/>
      <w:r w:rsidR="00A90C8C">
        <w:t> – </w:t>
      </w:r>
      <w:proofErr w:type="spellStart"/>
      <w:r w:rsidRPr="00731AF9">
        <w:t>Universitetning</w:t>
      </w:r>
      <w:proofErr w:type="spellEnd"/>
      <w:r w:rsidRPr="00731AF9">
        <w:t xml:space="preserve"> </w:t>
      </w:r>
      <w:proofErr w:type="spellStart"/>
      <w:r w:rsidRPr="00731AF9">
        <w:t>barcha</w:t>
      </w:r>
      <w:proofErr w:type="spellEnd"/>
      <w:r w:rsidRPr="00731AF9">
        <w:t xml:space="preserve"> </w:t>
      </w:r>
      <w:proofErr w:type="spellStart"/>
      <w:r w:rsidRPr="00731AF9">
        <w:t>rahbarlari</w:t>
      </w:r>
      <w:proofErr w:type="spellEnd"/>
      <w:r w:rsidRPr="00731AF9">
        <w:t xml:space="preserve"> </w:t>
      </w:r>
      <w:proofErr w:type="spellStart"/>
      <w:r w:rsidRPr="00731AF9">
        <w:t>va</w:t>
      </w:r>
      <w:proofErr w:type="spellEnd"/>
      <w:r w:rsidRPr="00731AF9">
        <w:t xml:space="preserve"> </w:t>
      </w:r>
      <w:proofErr w:type="spellStart"/>
      <w:r w:rsidRPr="00731AF9">
        <w:t>xodimlari</w:t>
      </w:r>
      <w:proofErr w:type="spellEnd"/>
      <w:r w:rsidRPr="00731AF9">
        <w:t xml:space="preserve"> </w:t>
      </w:r>
      <w:proofErr w:type="spellStart"/>
      <w:proofErr w:type="gramStart"/>
      <w:r w:rsidRPr="00731AF9">
        <w:t>o‘</w:t>
      </w:r>
      <w:proofErr w:type="gramEnd"/>
      <w:r w:rsidRPr="00731AF9">
        <w:t>z</w:t>
      </w:r>
      <w:proofErr w:type="spellEnd"/>
      <w:r w:rsidRPr="00731AF9">
        <w:t xml:space="preserve"> </w:t>
      </w:r>
      <w:proofErr w:type="spellStart"/>
      <w:r w:rsidRPr="00731AF9">
        <w:t>xizmat</w:t>
      </w:r>
      <w:proofErr w:type="spellEnd"/>
      <w:r w:rsidRPr="00731AF9">
        <w:t xml:space="preserve"> </w:t>
      </w:r>
      <w:proofErr w:type="spellStart"/>
      <w:r w:rsidRPr="00731AF9">
        <w:t>vazifalarini</w:t>
      </w:r>
      <w:proofErr w:type="spellEnd"/>
      <w:r w:rsidRPr="00731AF9">
        <w:t xml:space="preserve"> </w:t>
      </w:r>
      <w:proofErr w:type="spellStart"/>
      <w:r w:rsidRPr="00731AF9">
        <w:t>bajarishda</w:t>
      </w:r>
      <w:proofErr w:type="spellEnd"/>
      <w:r w:rsidRPr="00731AF9">
        <w:t xml:space="preserve"> </w:t>
      </w:r>
      <w:proofErr w:type="spellStart"/>
      <w:r w:rsidRPr="00731AF9">
        <w:t>O‘zbekiston</w:t>
      </w:r>
      <w:proofErr w:type="spellEnd"/>
      <w:r w:rsidRPr="00731AF9">
        <w:t xml:space="preserve"> </w:t>
      </w:r>
      <w:proofErr w:type="spellStart"/>
      <w:r w:rsidRPr="00731AF9">
        <w:t>Respublikasi</w:t>
      </w:r>
      <w:proofErr w:type="spellEnd"/>
      <w:r w:rsidRPr="00731AF9">
        <w:t xml:space="preserve"> </w:t>
      </w:r>
      <w:proofErr w:type="spellStart"/>
      <w:r w:rsidRPr="00731AF9">
        <w:t>Konstitutsiyasi</w:t>
      </w:r>
      <w:proofErr w:type="spellEnd"/>
      <w:r w:rsidRPr="00731AF9">
        <w:t xml:space="preserve">, </w:t>
      </w:r>
      <w:proofErr w:type="spellStart"/>
      <w:r w:rsidRPr="00731AF9">
        <w:t>qonunlari</w:t>
      </w:r>
      <w:proofErr w:type="spellEnd"/>
      <w:r w:rsidRPr="00731AF9">
        <w:t xml:space="preserve">, </w:t>
      </w:r>
      <w:proofErr w:type="spellStart"/>
      <w:r w:rsidRPr="00731AF9">
        <w:t>boshqa</w:t>
      </w:r>
      <w:proofErr w:type="spellEnd"/>
      <w:r w:rsidRPr="00731AF9">
        <w:t xml:space="preserve"> </w:t>
      </w:r>
      <w:proofErr w:type="spellStart"/>
      <w:r w:rsidRPr="00731AF9">
        <w:t>normativ-huquqiy</w:t>
      </w:r>
      <w:proofErr w:type="spellEnd"/>
      <w:r w:rsidRPr="00731AF9">
        <w:t xml:space="preserve"> </w:t>
      </w:r>
      <w:proofErr w:type="spellStart"/>
      <w:r w:rsidRPr="00731AF9">
        <w:t>hujjatlar</w:t>
      </w:r>
      <w:proofErr w:type="spellEnd"/>
      <w:r w:rsidRPr="00731AF9">
        <w:t xml:space="preserve"> </w:t>
      </w:r>
      <w:proofErr w:type="spellStart"/>
      <w:r w:rsidRPr="00731AF9">
        <w:t>hamda</w:t>
      </w:r>
      <w:proofErr w:type="spellEnd"/>
      <w:r w:rsidRPr="00731AF9">
        <w:t xml:space="preserve"> </w:t>
      </w:r>
      <w:proofErr w:type="spellStart"/>
      <w:r w:rsidRPr="00731AF9">
        <w:t>Universitetning</w:t>
      </w:r>
      <w:proofErr w:type="spellEnd"/>
      <w:r w:rsidRPr="00731AF9">
        <w:t xml:space="preserve"> </w:t>
      </w:r>
      <w:proofErr w:type="spellStart"/>
      <w:r w:rsidRPr="00731AF9">
        <w:t>ichki</w:t>
      </w:r>
      <w:proofErr w:type="spellEnd"/>
      <w:r w:rsidRPr="00731AF9">
        <w:t xml:space="preserve"> </w:t>
      </w:r>
      <w:proofErr w:type="spellStart"/>
      <w:r w:rsidRPr="00731AF9">
        <w:t>hujjatlari</w:t>
      </w:r>
      <w:proofErr w:type="spellEnd"/>
      <w:r w:rsidRPr="00731AF9">
        <w:t xml:space="preserve"> </w:t>
      </w:r>
      <w:proofErr w:type="spellStart"/>
      <w:r w:rsidRPr="00731AF9">
        <w:t>talablariga</w:t>
      </w:r>
      <w:proofErr w:type="spellEnd"/>
      <w:r w:rsidRPr="00731AF9">
        <w:t xml:space="preserve"> </w:t>
      </w:r>
      <w:proofErr w:type="spellStart"/>
      <w:r w:rsidRPr="00731AF9">
        <w:t>qat</w:t>
      </w:r>
      <w:r w:rsidR="001C411E">
        <w:t>’</w:t>
      </w:r>
      <w:r w:rsidRPr="00731AF9">
        <w:t>iy</w:t>
      </w:r>
      <w:proofErr w:type="spellEnd"/>
      <w:r w:rsidRPr="00731AF9">
        <w:t xml:space="preserve"> </w:t>
      </w:r>
      <w:proofErr w:type="spellStart"/>
      <w:r w:rsidRPr="00731AF9">
        <w:t>rioya</w:t>
      </w:r>
      <w:proofErr w:type="spellEnd"/>
      <w:r w:rsidRPr="00731AF9">
        <w:t xml:space="preserve"> </w:t>
      </w:r>
      <w:proofErr w:type="spellStart"/>
      <w:r w:rsidRPr="00731AF9">
        <w:t>etishi</w:t>
      </w:r>
      <w:proofErr w:type="spellEnd"/>
      <w:r w:rsidRPr="00731AF9">
        <w:t xml:space="preserve"> </w:t>
      </w:r>
      <w:proofErr w:type="spellStart"/>
      <w:r w:rsidRPr="00731AF9">
        <w:t>shart</w:t>
      </w:r>
      <w:proofErr w:type="spellEnd"/>
      <w:r w:rsidRPr="00731AF9">
        <w:t>.</w:t>
      </w:r>
    </w:p>
    <w:p w14:paraId="4C5B4D32" w14:textId="0C5DD009" w:rsidR="00731AF9" w:rsidRDefault="00731AF9" w:rsidP="00731AF9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 w:rsidRPr="00731AF9">
        <w:t>Hech</w:t>
      </w:r>
      <w:proofErr w:type="spellEnd"/>
      <w:r w:rsidRPr="00731AF9">
        <w:t xml:space="preserve"> </w:t>
      </w:r>
      <w:proofErr w:type="spellStart"/>
      <w:r w:rsidRPr="00731AF9">
        <w:t>qanday</w:t>
      </w:r>
      <w:proofErr w:type="spellEnd"/>
      <w:r w:rsidRPr="00731AF9">
        <w:t xml:space="preserve"> </w:t>
      </w:r>
      <w:proofErr w:type="spellStart"/>
      <w:r w:rsidRPr="00731AF9">
        <w:t>topshiriq</w:t>
      </w:r>
      <w:proofErr w:type="spellEnd"/>
      <w:r w:rsidRPr="00731AF9">
        <w:t xml:space="preserve"> </w:t>
      </w:r>
      <w:proofErr w:type="spellStart"/>
      <w:r w:rsidRPr="00731AF9">
        <w:t>yoki</w:t>
      </w:r>
      <w:proofErr w:type="spellEnd"/>
      <w:r w:rsidRPr="00731AF9">
        <w:t xml:space="preserve"> </w:t>
      </w:r>
      <w:proofErr w:type="spellStart"/>
      <w:proofErr w:type="gramStart"/>
      <w:r w:rsidRPr="00731AF9">
        <w:t>ko‘</w:t>
      </w:r>
      <w:proofErr w:type="gramEnd"/>
      <w:r w:rsidRPr="00731AF9">
        <w:t>rsatma</w:t>
      </w:r>
      <w:proofErr w:type="spellEnd"/>
      <w:r w:rsidRPr="00731AF9">
        <w:t xml:space="preserve"> </w:t>
      </w:r>
      <w:proofErr w:type="spellStart"/>
      <w:r w:rsidRPr="00731AF9">
        <w:t>qonun</w:t>
      </w:r>
      <w:proofErr w:type="spellEnd"/>
      <w:r w:rsidRPr="00731AF9">
        <w:t xml:space="preserve"> </w:t>
      </w:r>
      <w:proofErr w:type="spellStart"/>
      <w:r w:rsidRPr="00731AF9">
        <w:t>talablariga</w:t>
      </w:r>
      <w:proofErr w:type="spellEnd"/>
      <w:r w:rsidRPr="00731AF9">
        <w:t xml:space="preserve"> </w:t>
      </w:r>
      <w:proofErr w:type="spellStart"/>
      <w:r w:rsidRPr="00731AF9">
        <w:t>zid</w:t>
      </w:r>
      <w:proofErr w:type="spellEnd"/>
      <w:r w:rsidRPr="00731AF9">
        <w:t xml:space="preserve"> </w:t>
      </w:r>
      <w:proofErr w:type="spellStart"/>
      <w:r w:rsidRPr="00731AF9">
        <w:t>ravishda</w:t>
      </w:r>
      <w:proofErr w:type="spellEnd"/>
      <w:r w:rsidRPr="00731AF9">
        <w:t xml:space="preserve"> </w:t>
      </w:r>
      <w:proofErr w:type="spellStart"/>
      <w:r w:rsidRPr="00731AF9">
        <w:t>bajarilishi</w:t>
      </w:r>
      <w:proofErr w:type="spellEnd"/>
      <w:r w:rsidRPr="00731AF9">
        <w:t xml:space="preserve"> </w:t>
      </w:r>
      <w:proofErr w:type="spellStart"/>
      <w:r w:rsidRPr="00731AF9">
        <w:t>mumkin</w:t>
      </w:r>
      <w:proofErr w:type="spellEnd"/>
      <w:r w:rsidRPr="00731AF9">
        <w:t xml:space="preserve"> </w:t>
      </w:r>
      <w:proofErr w:type="spellStart"/>
      <w:r w:rsidRPr="00731AF9">
        <w:t>emas</w:t>
      </w:r>
      <w:proofErr w:type="spellEnd"/>
      <w:r w:rsidRPr="00731AF9">
        <w:t>.</w:t>
      </w:r>
    </w:p>
    <w:p w14:paraId="10C658B4" w14:textId="52D4B599" w:rsidR="00044E1A" w:rsidRDefault="00044E1A" w:rsidP="005D60F3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  <w:rPr>
          <w:b/>
          <w:bCs/>
        </w:rPr>
      </w:pPr>
      <w:proofErr w:type="spellStart"/>
      <w:r w:rsidRPr="00044E1A">
        <w:rPr>
          <w:b/>
          <w:bCs/>
        </w:rPr>
        <w:lastRenderedPageBreak/>
        <w:t>Fuqarolarning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huquqlari</w:t>
      </w:r>
      <w:proofErr w:type="spellEnd"/>
      <w:r w:rsidRPr="00044E1A">
        <w:rPr>
          <w:b/>
          <w:bCs/>
        </w:rPr>
        <w:t xml:space="preserve">, </w:t>
      </w:r>
      <w:proofErr w:type="spellStart"/>
      <w:r w:rsidRPr="00044E1A">
        <w:rPr>
          <w:b/>
          <w:bCs/>
        </w:rPr>
        <w:t>erkinliklari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va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qonuniy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manfaatlari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ustuvorligi</w:t>
      </w:r>
      <w:proofErr w:type="spellEnd"/>
      <w:r w:rsidR="00A90C8C">
        <w:t> – </w:t>
      </w:r>
      <w:proofErr w:type="spellStart"/>
      <w:r>
        <w:t>Universitet</w:t>
      </w:r>
      <w:proofErr w:type="spellEnd"/>
      <w:r>
        <w:t xml:space="preserve"> </w:t>
      </w:r>
      <w:proofErr w:type="spellStart"/>
      <w:r>
        <w:t>faoliyatida</w:t>
      </w:r>
      <w:proofErr w:type="spellEnd"/>
      <w:r>
        <w:t xml:space="preserve"> </w:t>
      </w:r>
      <w:proofErr w:type="spellStart"/>
      <w:r>
        <w:t>talabalar</w:t>
      </w:r>
      <w:proofErr w:type="spellEnd"/>
      <w:r>
        <w:t xml:space="preserve">, </w:t>
      </w:r>
      <w:proofErr w:type="spellStart"/>
      <w:r>
        <w:t>xodimlar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shaxslarning</w:t>
      </w:r>
      <w:proofErr w:type="spellEnd"/>
      <w:r>
        <w:t xml:space="preserve"> </w:t>
      </w:r>
      <w:proofErr w:type="spellStart"/>
      <w:r>
        <w:t>huquqlari</w:t>
      </w:r>
      <w:proofErr w:type="spellEnd"/>
      <w:r>
        <w:t xml:space="preserve">, </w:t>
      </w:r>
      <w:proofErr w:type="spellStart"/>
      <w:r>
        <w:t>erkinliklari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qonuniy</w:t>
      </w:r>
      <w:proofErr w:type="spellEnd"/>
      <w:r>
        <w:t xml:space="preserve"> </w:t>
      </w:r>
      <w:proofErr w:type="spellStart"/>
      <w:r>
        <w:t>manfaatlari</w:t>
      </w:r>
      <w:proofErr w:type="spellEnd"/>
      <w:r>
        <w:t xml:space="preserve"> </w:t>
      </w:r>
      <w:proofErr w:type="spellStart"/>
      <w:r>
        <w:t>ustuvor</w:t>
      </w:r>
      <w:proofErr w:type="spellEnd"/>
      <w:r>
        <w:t xml:space="preserve"> </w:t>
      </w:r>
      <w:proofErr w:type="spellStart"/>
      <w:r>
        <w:t>hisoblanadi</w:t>
      </w:r>
      <w:proofErr w:type="spellEnd"/>
      <w:r>
        <w:t xml:space="preserve">. </w:t>
      </w:r>
      <w:proofErr w:type="spellStart"/>
      <w:r>
        <w:t>Qabul</w:t>
      </w:r>
      <w:proofErr w:type="spellEnd"/>
      <w:r>
        <w:t xml:space="preserve"> </w:t>
      </w:r>
      <w:proofErr w:type="spellStart"/>
      <w:r>
        <w:t>qilinadigan</w:t>
      </w:r>
      <w:proofErr w:type="spellEnd"/>
      <w:r>
        <w:t xml:space="preserve"> </w:t>
      </w:r>
      <w:proofErr w:type="spellStart"/>
      <w:r>
        <w:t>qarorlar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amalga</w:t>
      </w:r>
      <w:proofErr w:type="spellEnd"/>
      <w:r>
        <w:t xml:space="preserve"> </w:t>
      </w:r>
      <w:proofErr w:type="spellStart"/>
      <w:r>
        <w:t>oshiriladigan</w:t>
      </w:r>
      <w:proofErr w:type="spellEnd"/>
      <w:r>
        <w:t xml:space="preserve"> </w:t>
      </w:r>
      <w:proofErr w:type="spellStart"/>
      <w:r>
        <w:t>harakatlar</w:t>
      </w:r>
      <w:proofErr w:type="spellEnd"/>
      <w:r>
        <w:t xml:space="preserve"> </w:t>
      </w:r>
      <w:proofErr w:type="spellStart"/>
      <w:r>
        <w:t>ularning</w:t>
      </w:r>
      <w:proofErr w:type="spellEnd"/>
      <w:r>
        <w:t xml:space="preserve"> </w:t>
      </w:r>
      <w:proofErr w:type="spellStart"/>
      <w:r>
        <w:t>huquqlarini</w:t>
      </w:r>
      <w:proofErr w:type="spellEnd"/>
      <w:r>
        <w:t xml:space="preserve"> </w:t>
      </w:r>
      <w:proofErr w:type="spellStart"/>
      <w:r>
        <w:t>asossiz</w:t>
      </w:r>
      <w:proofErr w:type="spellEnd"/>
      <w:r>
        <w:t xml:space="preserve"> </w:t>
      </w:r>
      <w:proofErr w:type="spellStart"/>
      <w:r>
        <w:t>ravishda</w:t>
      </w:r>
      <w:proofErr w:type="spellEnd"/>
      <w:r>
        <w:t xml:space="preserve"> </w:t>
      </w:r>
      <w:proofErr w:type="spellStart"/>
      <w:r>
        <w:t>cheklamasligi</w:t>
      </w:r>
      <w:proofErr w:type="spellEnd"/>
      <w:r>
        <w:t xml:space="preserve">, </w:t>
      </w:r>
      <w:proofErr w:type="spellStart"/>
      <w:r>
        <w:t>kamsitilishiga</w:t>
      </w:r>
      <w:proofErr w:type="spellEnd"/>
      <w:r>
        <w:t xml:space="preserve"> </w:t>
      </w:r>
      <w:proofErr w:type="spellStart"/>
      <w:r>
        <w:t>olib</w:t>
      </w:r>
      <w:proofErr w:type="spellEnd"/>
      <w:r>
        <w:t xml:space="preserve"> </w:t>
      </w:r>
      <w:proofErr w:type="spellStart"/>
      <w:r>
        <w:t>kelmasligi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qonuniy</w:t>
      </w:r>
      <w:proofErr w:type="spellEnd"/>
      <w:r>
        <w:t xml:space="preserve"> </w:t>
      </w:r>
      <w:proofErr w:type="spellStart"/>
      <w:r>
        <w:t>manfaatlariga</w:t>
      </w:r>
      <w:proofErr w:type="spellEnd"/>
      <w:r>
        <w:t xml:space="preserve"> </w:t>
      </w:r>
      <w:proofErr w:type="spellStart"/>
      <w:r>
        <w:t>zarar</w:t>
      </w:r>
      <w:proofErr w:type="spellEnd"/>
      <w:r>
        <w:t xml:space="preserve"> </w:t>
      </w:r>
      <w:proofErr w:type="spellStart"/>
      <w:r>
        <w:t>yetkazmasligi</w:t>
      </w:r>
      <w:proofErr w:type="spellEnd"/>
      <w:r>
        <w:t xml:space="preserve"> </w:t>
      </w:r>
      <w:proofErr w:type="spellStart"/>
      <w:r>
        <w:t>lozim</w:t>
      </w:r>
      <w:proofErr w:type="spellEnd"/>
      <w:r>
        <w:t>.</w:t>
      </w:r>
    </w:p>
    <w:p w14:paraId="0F8E8038" w14:textId="77777777" w:rsidR="005D60F3" w:rsidRDefault="00044E1A" w:rsidP="005D60F3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>
        <w:rPr>
          <w:b/>
          <w:bCs/>
        </w:rPr>
        <w:t>D</w:t>
      </w:r>
      <w:r w:rsidRPr="00044E1A">
        <w:rPr>
          <w:b/>
          <w:bCs/>
        </w:rPr>
        <w:t>avlat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organlari</w:t>
      </w:r>
      <w:proofErr w:type="spellEnd"/>
      <w:r w:rsidRPr="00044E1A">
        <w:rPr>
          <w:b/>
          <w:bCs/>
        </w:rPr>
        <w:t xml:space="preserve">, </w:t>
      </w:r>
      <w:proofErr w:type="spellStart"/>
      <w:r w:rsidRPr="00044E1A">
        <w:rPr>
          <w:b/>
          <w:bCs/>
        </w:rPr>
        <w:t>fuqarolik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jamiyati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institutlari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va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manfaatdor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shaxslar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bilan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hamkorlik</w:t>
      </w:r>
      <w:proofErr w:type="spellEnd"/>
      <w:r>
        <w:rPr>
          <w:b/>
          <w:bCs/>
        </w:rPr>
        <w:t> </w:t>
      </w:r>
      <w:r w:rsidR="00A90C8C">
        <w:t>–</w:t>
      </w:r>
      <w:r>
        <w:rPr>
          <w:b/>
          <w:bCs/>
        </w:rPr>
        <w:t> </w:t>
      </w:r>
      <w:proofErr w:type="spellStart"/>
      <w:r>
        <w:t>Universitet</w:t>
      </w:r>
      <w:proofErr w:type="spellEnd"/>
      <w:r>
        <w:t xml:space="preserve"> </w:t>
      </w:r>
      <w:proofErr w:type="spellStart"/>
      <w:r>
        <w:t>korrupsiyaning</w:t>
      </w:r>
      <w:proofErr w:type="spellEnd"/>
      <w:r>
        <w:t xml:space="preserve"> </w:t>
      </w:r>
      <w:proofErr w:type="spellStart"/>
      <w:r>
        <w:t>oldini</w:t>
      </w:r>
      <w:proofErr w:type="spellEnd"/>
      <w:r>
        <w:t xml:space="preserve"> </w:t>
      </w:r>
      <w:proofErr w:type="spellStart"/>
      <w:r>
        <w:t>olish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unga</w:t>
      </w:r>
      <w:proofErr w:type="spellEnd"/>
      <w:r>
        <w:t xml:space="preserve"> </w:t>
      </w:r>
      <w:proofErr w:type="spellStart"/>
      <w:r>
        <w:t>qarshi</w:t>
      </w:r>
      <w:proofErr w:type="spellEnd"/>
      <w:r>
        <w:t xml:space="preserve"> </w:t>
      </w:r>
      <w:proofErr w:type="spellStart"/>
      <w:r>
        <w:t>kurashish</w:t>
      </w:r>
      <w:proofErr w:type="spellEnd"/>
      <w:r>
        <w:t xml:space="preserve"> </w:t>
      </w:r>
      <w:proofErr w:type="spellStart"/>
      <w:proofErr w:type="gramStart"/>
      <w:r>
        <w:t>bo‘</w:t>
      </w:r>
      <w:proofErr w:type="gramEnd"/>
      <w:r>
        <w:t>yicha</w:t>
      </w:r>
      <w:proofErr w:type="spellEnd"/>
      <w:r>
        <w:t xml:space="preserve"> </w:t>
      </w:r>
      <w:proofErr w:type="spellStart"/>
      <w:r>
        <w:t>vakolatli</w:t>
      </w:r>
      <w:proofErr w:type="spellEnd"/>
      <w:r>
        <w:t xml:space="preserve"> </w:t>
      </w:r>
      <w:proofErr w:type="spellStart"/>
      <w:r>
        <w:t>davlat</w:t>
      </w:r>
      <w:proofErr w:type="spellEnd"/>
      <w:r>
        <w:t xml:space="preserve"> </w:t>
      </w:r>
      <w:proofErr w:type="spellStart"/>
      <w:r>
        <w:t>organlari</w:t>
      </w:r>
      <w:proofErr w:type="spellEnd"/>
      <w:r>
        <w:t xml:space="preserve">, </w:t>
      </w:r>
      <w:proofErr w:type="spellStart"/>
      <w:r>
        <w:t>ta’lim</w:t>
      </w:r>
      <w:proofErr w:type="spellEnd"/>
      <w:r>
        <w:t xml:space="preserve"> </w:t>
      </w:r>
      <w:proofErr w:type="spellStart"/>
      <w:r>
        <w:t>tashkilotlari</w:t>
      </w:r>
      <w:proofErr w:type="spellEnd"/>
      <w:r>
        <w:t xml:space="preserve">, </w:t>
      </w:r>
      <w:proofErr w:type="spellStart"/>
      <w:r>
        <w:t>fuqarolik</w:t>
      </w:r>
      <w:proofErr w:type="spellEnd"/>
      <w:r>
        <w:t xml:space="preserve"> </w:t>
      </w:r>
      <w:proofErr w:type="spellStart"/>
      <w:r>
        <w:t>jamiyati</w:t>
      </w:r>
      <w:proofErr w:type="spellEnd"/>
      <w:r>
        <w:t xml:space="preserve"> </w:t>
      </w:r>
      <w:proofErr w:type="spellStart"/>
      <w:r>
        <w:t>institutlari</w:t>
      </w:r>
      <w:proofErr w:type="spellEnd"/>
      <w:r>
        <w:t xml:space="preserve">, </w:t>
      </w:r>
      <w:proofErr w:type="spellStart"/>
      <w:r>
        <w:t>ommaviy</w:t>
      </w:r>
      <w:proofErr w:type="spellEnd"/>
      <w:r>
        <w:t xml:space="preserve"> </w:t>
      </w:r>
      <w:proofErr w:type="spellStart"/>
      <w:r>
        <w:t>axborot</w:t>
      </w:r>
      <w:proofErr w:type="spellEnd"/>
      <w:r>
        <w:t xml:space="preserve"> </w:t>
      </w:r>
      <w:proofErr w:type="spellStart"/>
      <w:r>
        <w:t>vositalari</w:t>
      </w:r>
      <w:proofErr w:type="spellEnd"/>
      <w:r>
        <w:t xml:space="preserve">, </w:t>
      </w:r>
      <w:proofErr w:type="spellStart"/>
      <w:r>
        <w:t>talabalar</w:t>
      </w:r>
      <w:proofErr w:type="spellEnd"/>
      <w:r>
        <w:t xml:space="preserve">, </w:t>
      </w:r>
      <w:proofErr w:type="spellStart"/>
      <w:r>
        <w:t>xodimlar</w:t>
      </w:r>
      <w:proofErr w:type="spellEnd"/>
      <w:r>
        <w:t xml:space="preserve">, </w:t>
      </w:r>
      <w:proofErr w:type="spellStart"/>
      <w:r>
        <w:t>ota-onalar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manfaatdor</w:t>
      </w:r>
      <w:proofErr w:type="spellEnd"/>
      <w:r>
        <w:t xml:space="preserve"> </w:t>
      </w:r>
      <w:proofErr w:type="spellStart"/>
      <w:r>
        <w:t>shaxslar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qonunchilikda</w:t>
      </w:r>
      <w:proofErr w:type="spellEnd"/>
      <w:r>
        <w:t xml:space="preserve"> </w:t>
      </w:r>
      <w:proofErr w:type="spellStart"/>
      <w:r>
        <w:t>belgilangan</w:t>
      </w:r>
      <w:proofErr w:type="spellEnd"/>
      <w:r>
        <w:t xml:space="preserve"> </w:t>
      </w:r>
      <w:proofErr w:type="spellStart"/>
      <w:r>
        <w:t>tartibda</w:t>
      </w:r>
      <w:proofErr w:type="spellEnd"/>
      <w:r>
        <w:t xml:space="preserve"> </w:t>
      </w:r>
      <w:proofErr w:type="spellStart"/>
      <w:r>
        <w:t>hamkorlik</w:t>
      </w:r>
      <w:proofErr w:type="spellEnd"/>
      <w:r>
        <w:t xml:space="preserve"> </w:t>
      </w:r>
      <w:proofErr w:type="spellStart"/>
      <w:r>
        <w:t>qiladi</w:t>
      </w:r>
      <w:proofErr w:type="spellEnd"/>
      <w:r>
        <w:t>.</w:t>
      </w:r>
    </w:p>
    <w:p w14:paraId="14EC86DD" w14:textId="714C1A01" w:rsidR="00044E1A" w:rsidRPr="00044E1A" w:rsidRDefault="00044E1A" w:rsidP="005D60F3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  <w:rPr>
          <w:b/>
          <w:bCs/>
        </w:rPr>
      </w:pPr>
      <w:proofErr w:type="spellStart"/>
      <w:r>
        <w:t>Mazkur</w:t>
      </w:r>
      <w:proofErr w:type="spellEnd"/>
      <w:r>
        <w:t xml:space="preserve"> </w:t>
      </w:r>
      <w:proofErr w:type="spellStart"/>
      <w:r>
        <w:t>hamkorlik</w:t>
      </w:r>
      <w:proofErr w:type="spellEnd"/>
      <w:r>
        <w:t xml:space="preserve"> </w:t>
      </w:r>
      <w:proofErr w:type="spellStart"/>
      <w:r>
        <w:t>axborot</w:t>
      </w:r>
      <w:proofErr w:type="spellEnd"/>
      <w:r>
        <w:t xml:space="preserve"> </w:t>
      </w:r>
      <w:proofErr w:type="spellStart"/>
      <w:r>
        <w:t>almashish</w:t>
      </w:r>
      <w:proofErr w:type="spellEnd"/>
      <w:r>
        <w:t xml:space="preserve">, </w:t>
      </w:r>
      <w:proofErr w:type="spellStart"/>
      <w:r>
        <w:t>profilaktik</w:t>
      </w:r>
      <w:proofErr w:type="spellEnd"/>
      <w:r>
        <w:t xml:space="preserve"> </w:t>
      </w:r>
      <w:proofErr w:type="spellStart"/>
      <w:r>
        <w:t>tadbirlarni</w:t>
      </w:r>
      <w:proofErr w:type="spellEnd"/>
      <w:r>
        <w:t xml:space="preserve"> </w:t>
      </w:r>
      <w:proofErr w:type="spellStart"/>
      <w:r>
        <w:t>tashkil</w:t>
      </w:r>
      <w:proofErr w:type="spellEnd"/>
      <w:r>
        <w:t xml:space="preserve"> </w:t>
      </w:r>
      <w:proofErr w:type="spellStart"/>
      <w:r>
        <w:t>etish</w:t>
      </w:r>
      <w:proofErr w:type="spellEnd"/>
      <w:r>
        <w:t xml:space="preserve">, </w:t>
      </w:r>
      <w:proofErr w:type="spellStart"/>
      <w:r>
        <w:t>korrupsiyaviy</w:t>
      </w:r>
      <w:proofErr w:type="spellEnd"/>
      <w:r>
        <w:t xml:space="preserve"> </w:t>
      </w:r>
      <w:proofErr w:type="spellStart"/>
      <w:r>
        <w:t>xavf-xatarlarni</w:t>
      </w:r>
      <w:proofErr w:type="spellEnd"/>
      <w:r>
        <w:t xml:space="preserve"> </w:t>
      </w:r>
      <w:proofErr w:type="spellStart"/>
      <w:r>
        <w:t>aniqlash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halollik</w:t>
      </w:r>
      <w:proofErr w:type="spellEnd"/>
      <w:r>
        <w:t xml:space="preserve"> </w:t>
      </w:r>
      <w:proofErr w:type="spellStart"/>
      <w:r>
        <w:t>muhitini</w:t>
      </w:r>
      <w:proofErr w:type="spellEnd"/>
      <w:r>
        <w:t xml:space="preserve"> </w:t>
      </w:r>
      <w:proofErr w:type="spellStart"/>
      <w:r>
        <w:t>mustahkamlashga</w:t>
      </w:r>
      <w:proofErr w:type="spellEnd"/>
      <w:r>
        <w:t xml:space="preserve"> </w:t>
      </w:r>
      <w:proofErr w:type="spellStart"/>
      <w:r>
        <w:t>qaratiladi</w:t>
      </w:r>
      <w:proofErr w:type="spellEnd"/>
      <w:r>
        <w:t>.</w:t>
      </w:r>
    </w:p>
    <w:p w14:paraId="1F29CE46" w14:textId="6497B2C0" w:rsidR="00731AF9" w:rsidRDefault="00731AF9" w:rsidP="005D60F3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 w:rsidRPr="00731AF9">
        <w:rPr>
          <w:b/>
          <w:bCs/>
        </w:rPr>
        <w:t>Halollik</w:t>
      </w:r>
      <w:proofErr w:type="spellEnd"/>
      <w:r w:rsidRPr="00731AF9">
        <w:rPr>
          <w:b/>
          <w:bCs/>
        </w:rPr>
        <w:t xml:space="preserve"> </w:t>
      </w:r>
      <w:proofErr w:type="spellStart"/>
      <w:r w:rsidRPr="00731AF9">
        <w:rPr>
          <w:b/>
          <w:bCs/>
        </w:rPr>
        <w:t>va</w:t>
      </w:r>
      <w:proofErr w:type="spellEnd"/>
      <w:r w:rsidRPr="00731AF9">
        <w:rPr>
          <w:b/>
          <w:bCs/>
        </w:rPr>
        <w:t xml:space="preserve"> </w:t>
      </w:r>
      <w:proofErr w:type="spellStart"/>
      <w:r w:rsidRPr="00731AF9">
        <w:rPr>
          <w:b/>
          <w:bCs/>
        </w:rPr>
        <w:t>vijdonlilik</w:t>
      </w:r>
      <w:proofErr w:type="spellEnd"/>
      <w:r w:rsidR="005D60F3">
        <w:rPr>
          <w:b/>
          <w:bCs/>
        </w:rPr>
        <w:t> </w:t>
      </w:r>
      <w:r w:rsidR="005D60F3">
        <w:t>–</w:t>
      </w:r>
      <w:r w:rsidR="005D60F3">
        <w:rPr>
          <w:b/>
          <w:bCs/>
        </w:rPr>
        <w:t> </w:t>
      </w:r>
      <w:proofErr w:type="spellStart"/>
      <w:r>
        <w:t>Universitet</w:t>
      </w:r>
      <w:proofErr w:type="spellEnd"/>
      <w:r>
        <w:t xml:space="preserve"> </w:t>
      </w:r>
      <w:proofErr w:type="spellStart"/>
      <w:r>
        <w:t>xodimlari</w:t>
      </w:r>
      <w:proofErr w:type="spellEnd"/>
      <w:r>
        <w:t xml:space="preserve"> </w:t>
      </w:r>
      <w:proofErr w:type="spellStart"/>
      <w:proofErr w:type="gramStart"/>
      <w:r>
        <w:t>o‘</w:t>
      </w:r>
      <w:proofErr w:type="gramEnd"/>
      <w:r>
        <w:t>z</w:t>
      </w:r>
      <w:proofErr w:type="spellEnd"/>
      <w:r>
        <w:t xml:space="preserve"> </w:t>
      </w:r>
      <w:proofErr w:type="spellStart"/>
      <w:r>
        <w:t>xizmat</w:t>
      </w:r>
      <w:proofErr w:type="spellEnd"/>
      <w:r>
        <w:t xml:space="preserve"> </w:t>
      </w:r>
      <w:proofErr w:type="spellStart"/>
      <w:r>
        <w:t>vazifalarini</w:t>
      </w:r>
      <w:proofErr w:type="spellEnd"/>
      <w:r>
        <w:t xml:space="preserve"> </w:t>
      </w:r>
      <w:proofErr w:type="spellStart"/>
      <w:r>
        <w:t>halol</w:t>
      </w:r>
      <w:proofErr w:type="spellEnd"/>
      <w:r>
        <w:t xml:space="preserve">, </w:t>
      </w:r>
      <w:proofErr w:type="spellStart"/>
      <w:r>
        <w:t>vijdonan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xolis</w:t>
      </w:r>
      <w:proofErr w:type="spellEnd"/>
      <w:r>
        <w:t xml:space="preserve"> </w:t>
      </w:r>
      <w:proofErr w:type="spellStart"/>
      <w:r>
        <w:t>tarzda</w:t>
      </w:r>
      <w:proofErr w:type="spellEnd"/>
      <w:r>
        <w:t xml:space="preserve"> </w:t>
      </w:r>
      <w:proofErr w:type="spellStart"/>
      <w:r>
        <w:t>bajarishi</w:t>
      </w:r>
      <w:proofErr w:type="spellEnd"/>
      <w:r>
        <w:t xml:space="preserve">, </w:t>
      </w:r>
      <w:proofErr w:type="spellStart"/>
      <w:r>
        <w:t>shaxsiy</w:t>
      </w:r>
      <w:proofErr w:type="spellEnd"/>
      <w:r>
        <w:t xml:space="preserve"> </w:t>
      </w:r>
      <w:proofErr w:type="spellStart"/>
      <w:r>
        <w:t>manfaatlarini</w:t>
      </w:r>
      <w:proofErr w:type="spellEnd"/>
      <w:r>
        <w:t xml:space="preserve"> </w:t>
      </w:r>
      <w:proofErr w:type="spellStart"/>
      <w:r>
        <w:t>xizmat</w:t>
      </w:r>
      <w:proofErr w:type="spellEnd"/>
      <w:r>
        <w:t xml:space="preserve"> </w:t>
      </w:r>
      <w:proofErr w:type="spellStart"/>
      <w:r>
        <w:t>manfaatlaridan</w:t>
      </w:r>
      <w:proofErr w:type="spellEnd"/>
      <w:r>
        <w:t xml:space="preserve"> </w:t>
      </w:r>
      <w:proofErr w:type="spellStart"/>
      <w:r>
        <w:t>ustun</w:t>
      </w:r>
      <w:proofErr w:type="spellEnd"/>
      <w:r>
        <w:t xml:space="preserve"> </w:t>
      </w:r>
      <w:proofErr w:type="spellStart"/>
      <w:r>
        <w:t>qo‘ymasligi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korrupsiyaga</w:t>
      </w:r>
      <w:proofErr w:type="spellEnd"/>
      <w:r>
        <w:t xml:space="preserve"> </w:t>
      </w:r>
      <w:proofErr w:type="spellStart"/>
      <w:r>
        <w:t>oid</w:t>
      </w:r>
      <w:proofErr w:type="spellEnd"/>
      <w:r>
        <w:t xml:space="preserve"> har </w:t>
      </w:r>
      <w:proofErr w:type="spellStart"/>
      <w:r>
        <w:t>qanday</w:t>
      </w:r>
      <w:proofErr w:type="spellEnd"/>
      <w:r>
        <w:t xml:space="preserve"> </w:t>
      </w:r>
      <w:proofErr w:type="spellStart"/>
      <w:r>
        <w:t>xatti-harakatlardan</w:t>
      </w:r>
      <w:proofErr w:type="spellEnd"/>
      <w:r>
        <w:t xml:space="preserve"> </w:t>
      </w:r>
      <w:proofErr w:type="spellStart"/>
      <w:r>
        <w:t>tiyilishi</w:t>
      </w:r>
      <w:proofErr w:type="spellEnd"/>
      <w:r>
        <w:t xml:space="preserve"> </w:t>
      </w:r>
      <w:proofErr w:type="spellStart"/>
      <w:r>
        <w:t>shart</w:t>
      </w:r>
      <w:proofErr w:type="spellEnd"/>
      <w:r>
        <w:t>.</w:t>
      </w:r>
    </w:p>
    <w:p w14:paraId="4AD8A308" w14:textId="72F8A2A1" w:rsidR="00731AF9" w:rsidRDefault="00731AF9" w:rsidP="005D60F3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 w:rsidRPr="00731AF9">
        <w:rPr>
          <w:b/>
          <w:bCs/>
        </w:rPr>
        <w:t>Ochiqlik</w:t>
      </w:r>
      <w:proofErr w:type="spellEnd"/>
      <w:r w:rsidRPr="00731AF9">
        <w:rPr>
          <w:b/>
          <w:bCs/>
        </w:rPr>
        <w:t xml:space="preserve"> </w:t>
      </w:r>
      <w:proofErr w:type="spellStart"/>
      <w:r w:rsidRPr="00731AF9">
        <w:rPr>
          <w:b/>
          <w:bCs/>
        </w:rPr>
        <w:t>va</w:t>
      </w:r>
      <w:proofErr w:type="spellEnd"/>
      <w:r w:rsidRPr="00731AF9">
        <w:rPr>
          <w:b/>
          <w:bCs/>
        </w:rPr>
        <w:t xml:space="preserve"> </w:t>
      </w:r>
      <w:proofErr w:type="spellStart"/>
      <w:r w:rsidRPr="00731AF9">
        <w:rPr>
          <w:b/>
          <w:bCs/>
        </w:rPr>
        <w:t>shaffoflik</w:t>
      </w:r>
      <w:proofErr w:type="spellEnd"/>
      <w:r w:rsidR="005D60F3">
        <w:rPr>
          <w:b/>
          <w:bCs/>
        </w:rPr>
        <w:t> </w:t>
      </w:r>
      <w:r w:rsidR="005D60F3">
        <w:t>–</w:t>
      </w:r>
      <w:r w:rsidR="005D60F3">
        <w:rPr>
          <w:b/>
          <w:bCs/>
        </w:rPr>
        <w:t> </w:t>
      </w:r>
      <w:proofErr w:type="spellStart"/>
      <w:r w:rsidRPr="00731AF9">
        <w:t>Universitet</w:t>
      </w:r>
      <w:proofErr w:type="spellEnd"/>
      <w:r w:rsidRPr="00731AF9">
        <w:t xml:space="preserve"> </w:t>
      </w:r>
      <w:proofErr w:type="spellStart"/>
      <w:r w:rsidRPr="00731AF9">
        <w:t>faoliyatida</w:t>
      </w:r>
      <w:proofErr w:type="spellEnd"/>
      <w:r w:rsidRPr="00731AF9">
        <w:t xml:space="preserve"> </w:t>
      </w:r>
      <w:proofErr w:type="spellStart"/>
      <w:r w:rsidRPr="00731AF9">
        <w:t>qabul</w:t>
      </w:r>
      <w:proofErr w:type="spellEnd"/>
      <w:r w:rsidRPr="00731AF9">
        <w:t xml:space="preserve"> </w:t>
      </w:r>
      <w:proofErr w:type="spellStart"/>
      <w:r w:rsidRPr="00731AF9">
        <w:t>qilinadigan</w:t>
      </w:r>
      <w:proofErr w:type="spellEnd"/>
      <w:r w:rsidRPr="00731AF9">
        <w:t xml:space="preserve"> </w:t>
      </w:r>
      <w:proofErr w:type="spellStart"/>
      <w:r w:rsidRPr="00731AF9">
        <w:t>qarorlar</w:t>
      </w:r>
      <w:proofErr w:type="spellEnd"/>
      <w:r w:rsidRPr="00731AF9">
        <w:t xml:space="preserve">, </w:t>
      </w:r>
      <w:proofErr w:type="spellStart"/>
      <w:r w:rsidRPr="00731AF9">
        <w:t>tanlovlar</w:t>
      </w:r>
      <w:proofErr w:type="spellEnd"/>
      <w:r w:rsidRPr="00731AF9">
        <w:t xml:space="preserve">, </w:t>
      </w:r>
      <w:proofErr w:type="spellStart"/>
      <w:r w:rsidRPr="00731AF9">
        <w:t>ishga</w:t>
      </w:r>
      <w:proofErr w:type="spellEnd"/>
      <w:r w:rsidRPr="00731AF9">
        <w:t xml:space="preserve"> </w:t>
      </w:r>
      <w:proofErr w:type="spellStart"/>
      <w:r w:rsidRPr="00731AF9">
        <w:t>qabul</w:t>
      </w:r>
      <w:proofErr w:type="spellEnd"/>
      <w:r w:rsidRPr="00731AF9">
        <w:t xml:space="preserve"> </w:t>
      </w:r>
      <w:proofErr w:type="spellStart"/>
      <w:r w:rsidRPr="00731AF9">
        <w:t>qilish</w:t>
      </w:r>
      <w:proofErr w:type="spellEnd"/>
      <w:r w:rsidRPr="00731AF9">
        <w:t xml:space="preserve">, </w:t>
      </w:r>
      <w:proofErr w:type="spellStart"/>
      <w:r w:rsidRPr="00731AF9">
        <w:t>xaridlar</w:t>
      </w:r>
      <w:proofErr w:type="spellEnd"/>
      <w:r w:rsidRPr="00731AF9">
        <w:t xml:space="preserve">, </w:t>
      </w:r>
      <w:proofErr w:type="spellStart"/>
      <w:r w:rsidRPr="00731AF9">
        <w:t>moliyaviy</w:t>
      </w:r>
      <w:proofErr w:type="spellEnd"/>
      <w:r w:rsidRPr="00731AF9">
        <w:t xml:space="preserve"> </w:t>
      </w:r>
      <w:proofErr w:type="spellStart"/>
      <w:r w:rsidRPr="00731AF9">
        <w:t>jarayonlar</w:t>
      </w:r>
      <w:proofErr w:type="spellEnd"/>
      <w:r w:rsidRPr="00731AF9">
        <w:t xml:space="preserve">, </w:t>
      </w:r>
      <w:proofErr w:type="spellStart"/>
      <w:r w:rsidRPr="00731AF9">
        <w:t>ta</w:t>
      </w:r>
      <w:r>
        <w:t>’</w:t>
      </w:r>
      <w:r w:rsidRPr="00731AF9">
        <w:t>lim</w:t>
      </w:r>
      <w:proofErr w:type="spellEnd"/>
      <w:r w:rsidRPr="00731AF9">
        <w:t xml:space="preserve"> </w:t>
      </w:r>
      <w:proofErr w:type="spellStart"/>
      <w:r w:rsidRPr="00731AF9">
        <w:t>va</w:t>
      </w:r>
      <w:proofErr w:type="spellEnd"/>
      <w:r w:rsidRPr="00731AF9">
        <w:t xml:space="preserve"> </w:t>
      </w:r>
      <w:proofErr w:type="spellStart"/>
      <w:r w:rsidRPr="00731AF9">
        <w:t>baholash</w:t>
      </w:r>
      <w:proofErr w:type="spellEnd"/>
      <w:r w:rsidRPr="00731AF9">
        <w:t xml:space="preserve"> </w:t>
      </w:r>
      <w:proofErr w:type="spellStart"/>
      <w:r w:rsidRPr="00731AF9">
        <w:t>jarayonlari</w:t>
      </w:r>
      <w:proofErr w:type="spellEnd"/>
      <w:r w:rsidRPr="00731AF9">
        <w:t xml:space="preserve"> </w:t>
      </w:r>
      <w:proofErr w:type="spellStart"/>
      <w:r w:rsidR="00B944B9">
        <w:t>qonunchilikda</w:t>
      </w:r>
      <w:proofErr w:type="spellEnd"/>
      <w:r w:rsidR="00B944B9">
        <w:t xml:space="preserve"> </w:t>
      </w:r>
      <w:proofErr w:type="spellStart"/>
      <w:r w:rsidR="00B944B9">
        <w:t>boshqacha</w:t>
      </w:r>
      <w:proofErr w:type="spellEnd"/>
      <w:r w:rsidR="00B944B9">
        <w:t xml:space="preserve"> </w:t>
      </w:r>
      <w:proofErr w:type="spellStart"/>
      <w:r w:rsidR="00B944B9">
        <w:t>qoida</w:t>
      </w:r>
      <w:proofErr w:type="spellEnd"/>
      <w:r w:rsidR="00B944B9">
        <w:t xml:space="preserve"> </w:t>
      </w:r>
      <w:proofErr w:type="spellStart"/>
      <w:r w:rsidR="00B944B9">
        <w:t>nazarda</w:t>
      </w:r>
      <w:proofErr w:type="spellEnd"/>
      <w:r w:rsidR="00B944B9">
        <w:t xml:space="preserve"> </w:t>
      </w:r>
      <w:proofErr w:type="spellStart"/>
      <w:r w:rsidR="00B944B9">
        <w:t>tutilmagan</w:t>
      </w:r>
      <w:proofErr w:type="spellEnd"/>
      <w:r w:rsidR="00B944B9">
        <w:t xml:space="preserve"> </w:t>
      </w:r>
      <w:proofErr w:type="spellStart"/>
      <w:r w:rsidR="00B944B9">
        <w:t>taqdirda</w:t>
      </w:r>
      <w:proofErr w:type="spellEnd"/>
      <w:r w:rsidRPr="00731AF9">
        <w:t xml:space="preserve"> </w:t>
      </w:r>
      <w:proofErr w:type="spellStart"/>
      <w:r w:rsidRPr="00731AF9">
        <w:t>ochiq</w:t>
      </w:r>
      <w:proofErr w:type="spellEnd"/>
      <w:r w:rsidRPr="00731AF9">
        <w:t xml:space="preserve"> </w:t>
      </w:r>
      <w:proofErr w:type="spellStart"/>
      <w:r w:rsidRPr="00731AF9">
        <w:t>va</w:t>
      </w:r>
      <w:proofErr w:type="spellEnd"/>
      <w:r w:rsidRPr="00731AF9">
        <w:t xml:space="preserve"> </w:t>
      </w:r>
      <w:proofErr w:type="spellStart"/>
      <w:r w:rsidRPr="00731AF9">
        <w:t>shaffof</w:t>
      </w:r>
      <w:proofErr w:type="spellEnd"/>
      <w:r w:rsidRPr="00731AF9">
        <w:t xml:space="preserve"> </w:t>
      </w:r>
      <w:proofErr w:type="spellStart"/>
      <w:r w:rsidRPr="00731AF9">
        <w:t>tashkil</w:t>
      </w:r>
      <w:proofErr w:type="spellEnd"/>
      <w:r w:rsidRPr="00731AF9">
        <w:t xml:space="preserve"> </w:t>
      </w:r>
      <w:proofErr w:type="spellStart"/>
      <w:r w:rsidRPr="00731AF9">
        <w:t>etiladi</w:t>
      </w:r>
      <w:proofErr w:type="spellEnd"/>
      <w:r w:rsidRPr="00731AF9">
        <w:t xml:space="preserve"> </w:t>
      </w:r>
      <w:proofErr w:type="spellStart"/>
      <w:r w:rsidRPr="00731AF9">
        <w:t>hamda</w:t>
      </w:r>
      <w:proofErr w:type="spellEnd"/>
      <w:r w:rsidRPr="00731AF9">
        <w:t xml:space="preserve"> </w:t>
      </w:r>
      <w:proofErr w:type="spellStart"/>
      <w:r w:rsidRPr="00731AF9">
        <w:t>belgilangan</w:t>
      </w:r>
      <w:proofErr w:type="spellEnd"/>
      <w:r w:rsidRPr="00731AF9">
        <w:t xml:space="preserve"> </w:t>
      </w:r>
      <w:proofErr w:type="spellStart"/>
      <w:r w:rsidRPr="00731AF9">
        <w:t>axborotlardan</w:t>
      </w:r>
      <w:proofErr w:type="spellEnd"/>
      <w:r w:rsidRPr="00731AF9">
        <w:t xml:space="preserve"> </w:t>
      </w:r>
      <w:proofErr w:type="spellStart"/>
      <w:r w:rsidRPr="00731AF9">
        <w:t>erkin</w:t>
      </w:r>
      <w:proofErr w:type="spellEnd"/>
      <w:r w:rsidRPr="00731AF9">
        <w:t xml:space="preserve"> </w:t>
      </w:r>
      <w:proofErr w:type="spellStart"/>
      <w:r w:rsidRPr="00731AF9">
        <w:t>foydalanish</w:t>
      </w:r>
      <w:proofErr w:type="spellEnd"/>
      <w:r w:rsidRPr="00731AF9">
        <w:t xml:space="preserve"> </w:t>
      </w:r>
      <w:proofErr w:type="spellStart"/>
      <w:r w:rsidRPr="00731AF9">
        <w:t>imkoniyati</w:t>
      </w:r>
      <w:proofErr w:type="spellEnd"/>
      <w:r w:rsidRPr="00731AF9">
        <w:t xml:space="preserve"> </w:t>
      </w:r>
      <w:proofErr w:type="spellStart"/>
      <w:r w:rsidRPr="00731AF9">
        <w:t>ta</w:t>
      </w:r>
      <w:r w:rsidR="00B944B9">
        <w:t>’</w:t>
      </w:r>
      <w:r w:rsidRPr="00731AF9">
        <w:t>minlanadi</w:t>
      </w:r>
      <w:proofErr w:type="spellEnd"/>
      <w:r w:rsidR="00044E1A">
        <w:t xml:space="preserve"> (</w:t>
      </w:r>
      <w:proofErr w:type="spellStart"/>
      <w:r w:rsidR="00044E1A">
        <w:t>qonunda</w:t>
      </w:r>
      <w:proofErr w:type="spellEnd"/>
      <w:r w:rsidR="00044E1A">
        <w:t xml:space="preserve"> </w:t>
      </w:r>
      <w:proofErr w:type="spellStart"/>
      <w:r w:rsidR="00044E1A">
        <w:t>belgilangan</w:t>
      </w:r>
      <w:proofErr w:type="spellEnd"/>
      <w:r w:rsidR="00044E1A">
        <w:t xml:space="preserve"> </w:t>
      </w:r>
      <w:proofErr w:type="spellStart"/>
      <w:r w:rsidR="00044E1A">
        <w:t>cheklashlar</w:t>
      </w:r>
      <w:proofErr w:type="spellEnd"/>
      <w:r w:rsidR="00044E1A">
        <w:t xml:space="preserve"> </w:t>
      </w:r>
      <w:proofErr w:type="spellStart"/>
      <w:r w:rsidR="00044E1A">
        <w:t>bundan</w:t>
      </w:r>
      <w:proofErr w:type="spellEnd"/>
      <w:r w:rsidR="00044E1A">
        <w:t xml:space="preserve"> </w:t>
      </w:r>
      <w:proofErr w:type="spellStart"/>
      <w:r w:rsidR="00044E1A">
        <w:t>mustasno</w:t>
      </w:r>
      <w:proofErr w:type="spellEnd"/>
      <w:r w:rsidR="00044E1A">
        <w:t>).</w:t>
      </w:r>
    </w:p>
    <w:p w14:paraId="2AA7E744" w14:textId="2D82C6A2" w:rsidR="00B944B9" w:rsidRDefault="00B944B9" w:rsidP="005D60F3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 w:rsidRPr="00B944B9">
        <w:rPr>
          <w:b/>
          <w:bCs/>
        </w:rPr>
        <w:t>Manfaatlar</w:t>
      </w:r>
      <w:proofErr w:type="spellEnd"/>
      <w:r w:rsidRPr="00B944B9">
        <w:rPr>
          <w:b/>
          <w:bCs/>
        </w:rPr>
        <w:t xml:space="preserve"> </w:t>
      </w:r>
      <w:proofErr w:type="spellStart"/>
      <w:proofErr w:type="gramStart"/>
      <w:r w:rsidRPr="00B944B9">
        <w:rPr>
          <w:b/>
          <w:bCs/>
        </w:rPr>
        <w:t>to‘</w:t>
      </w:r>
      <w:proofErr w:type="gramEnd"/>
      <w:r w:rsidRPr="00B944B9">
        <w:rPr>
          <w:b/>
          <w:bCs/>
        </w:rPr>
        <w:t>qnashuvining</w:t>
      </w:r>
      <w:proofErr w:type="spellEnd"/>
      <w:r w:rsidRPr="00B944B9">
        <w:rPr>
          <w:b/>
          <w:bCs/>
        </w:rPr>
        <w:t xml:space="preserve"> </w:t>
      </w:r>
      <w:proofErr w:type="spellStart"/>
      <w:r w:rsidRPr="00B944B9">
        <w:rPr>
          <w:b/>
          <w:bCs/>
        </w:rPr>
        <w:t>oldini</w:t>
      </w:r>
      <w:proofErr w:type="spellEnd"/>
      <w:r w:rsidRPr="00B944B9">
        <w:rPr>
          <w:b/>
          <w:bCs/>
        </w:rPr>
        <w:t xml:space="preserve"> </w:t>
      </w:r>
      <w:proofErr w:type="spellStart"/>
      <w:r w:rsidRPr="00B944B9">
        <w:rPr>
          <w:b/>
          <w:bCs/>
        </w:rPr>
        <w:t>olish</w:t>
      </w:r>
      <w:proofErr w:type="spellEnd"/>
      <w:r w:rsidR="005D60F3">
        <w:rPr>
          <w:b/>
          <w:bCs/>
        </w:rPr>
        <w:t> </w:t>
      </w:r>
      <w:r w:rsidR="005D60F3">
        <w:t>–</w:t>
      </w:r>
      <w:r w:rsidR="005D60F3">
        <w:rPr>
          <w:b/>
          <w:bCs/>
        </w:rPr>
        <w:t> </w:t>
      </w:r>
      <w:proofErr w:type="spellStart"/>
      <w:r>
        <w:t>Universitet</w:t>
      </w:r>
      <w:proofErr w:type="spellEnd"/>
      <w:r>
        <w:t xml:space="preserve"> </w:t>
      </w:r>
      <w:proofErr w:type="spellStart"/>
      <w:r>
        <w:t>xodimlari</w:t>
      </w:r>
      <w:proofErr w:type="spellEnd"/>
      <w:r>
        <w:t xml:space="preserve"> </w:t>
      </w:r>
      <w:proofErr w:type="spellStart"/>
      <w:r>
        <w:t>o‘z</w:t>
      </w:r>
      <w:proofErr w:type="spellEnd"/>
      <w:r>
        <w:t xml:space="preserve"> </w:t>
      </w:r>
      <w:proofErr w:type="spellStart"/>
      <w:r>
        <w:t>xizmat</w:t>
      </w:r>
      <w:proofErr w:type="spellEnd"/>
      <w:r>
        <w:t xml:space="preserve"> </w:t>
      </w:r>
      <w:proofErr w:type="spellStart"/>
      <w:r>
        <w:t>vazifalarini</w:t>
      </w:r>
      <w:proofErr w:type="spellEnd"/>
      <w:r>
        <w:t xml:space="preserve"> </w:t>
      </w:r>
      <w:proofErr w:type="spellStart"/>
      <w:r>
        <w:t>bajarishda</w:t>
      </w:r>
      <w:proofErr w:type="spellEnd"/>
      <w:r>
        <w:t xml:space="preserve"> </w:t>
      </w:r>
      <w:proofErr w:type="spellStart"/>
      <w:r>
        <w:t>shaxsiy</w:t>
      </w:r>
      <w:proofErr w:type="spellEnd"/>
      <w:r>
        <w:t xml:space="preserve">, </w:t>
      </w:r>
      <w:proofErr w:type="spellStart"/>
      <w:r>
        <w:t>moliyaviy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manfaatlari</w:t>
      </w:r>
      <w:proofErr w:type="spellEnd"/>
      <w:r>
        <w:t xml:space="preserve"> </w:t>
      </w:r>
      <w:proofErr w:type="spellStart"/>
      <w:r>
        <w:t>xizmat</w:t>
      </w:r>
      <w:proofErr w:type="spellEnd"/>
      <w:r>
        <w:t xml:space="preserve"> </w:t>
      </w:r>
      <w:proofErr w:type="spellStart"/>
      <w:r>
        <w:t>vazifalariga</w:t>
      </w:r>
      <w:proofErr w:type="spellEnd"/>
      <w:r>
        <w:t xml:space="preserve"> </w:t>
      </w:r>
      <w:proofErr w:type="spellStart"/>
      <w:r>
        <w:t>ta</w:t>
      </w:r>
      <w:r w:rsidR="001C411E">
        <w:t>’</w:t>
      </w:r>
      <w:r>
        <w:t>sir</w:t>
      </w:r>
      <w:proofErr w:type="spellEnd"/>
      <w:r>
        <w:t xml:space="preserve"> </w:t>
      </w:r>
      <w:proofErr w:type="spellStart"/>
      <w:r>
        <w:t>ko‘rsatishi</w:t>
      </w:r>
      <w:proofErr w:type="spellEnd"/>
      <w:r>
        <w:t xml:space="preserve"> </w:t>
      </w:r>
      <w:proofErr w:type="spellStart"/>
      <w:r>
        <w:t>mumkin</w:t>
      </w:r>
      <w:proofErr w:type="spellEnd"/>
      <w:r>
        <w:t xml:space="preserve"> </w:t>
      </w:r>
      <w:proofErr w:type="spellStart"/>
      <w:r>
        <w:t>bo‘lgan</w:t>
      </w:r>
      <w:proofErr w:type="spellEnd"/>
      <w:r>
        <w:t xml:space="preserve"> </w:t>
      </w:r>
      <w:proofErr w:type="spellStart"/>
      <w:r>
        <w:t>holatlarga</w:t>
      </w:r>
      <w:proofErr w:type="spellEnd"/>
      <w:r>
        <w:t xml:space="preserve"> </w:t>
      </w:r>
      <w:proofErr w:type="spellStart"/>
      <w:r>
        <w:t>yo‘l</w:t>
      </w:r>
      <w:proofErr w:type="spellEnd"/>
      <w:r>
        <w:t xml:space="preserve"> </w:t>
      </w:r>
      <w:proofErr w:type="spellStart"/>
      <w:r>
        <w:t>qo‘ymasligi</w:t>
      </w:r>
      <w:proofErr w:type="spellEnd"/>
      <w:r>
        <w:t xml:space="preserve">, </w:t>
      </w:r>
      <w:proofErr w:type="spellStart"/>
      <w:r>
        <w:t>bunday</w:t>
      </w:r>
      <w:proofErr w:type="spellEnd"/>
      <w:r>
        <w:t xml:space="preserve"> </w:t>
      </w:r>
      <w:proofErr w:type="spellStart"/>
      <w:r>
        <w:t>holatlar</w:t>
      </w:r>
      <w:proofErr w:type="spellEnd"/>
      <w:r>
        <w:t xml:space="preserve"> </w:t>
      </w:r>
      <w:proofErr w:type="spellStart"/>
      <w:r>
        <w:t>yuzaga</w:t>
      </w:r>
      <w:proofErr w:type="spellEnd"/>
      <w:r>
        <w:t xml:space="preserve"> </w:t>
      </w:r>
      <w:proofErr w:type="spellStart"/>
      <w:r>
        <w:t>kelganda</w:t>
      </w:r>
      <w:proofErr w:type="spellEnd"/>
      <w:r>
        <w:t xml:space="preserve"> </w:t>
      </w:r>
      <w:proofErr w:type="spellStart"/>
      <w:r>
        <w:t>esa</w:t>
      </w:r>
      <w:proofErr w:type="spellEnd"/>
      <w:r>
        <w:t xml:space="preserve"> </w:t>
      </w:r>
      <w:proofErr w:type="spellStart"/>
      <w:r>
        <w:t>ularni</w:t>
      </w:r>
      <w:proofErr w:type="spellEnd"/>
      <w:r>
        <w:t xml:space="preserve"> </w:t>
      </w:r>
      <w:proofErr w:type="spellStart"/>
      <w:r>
        <w:t>belgilangan</w:t>
      </w:r>
      <w:proofErr w:type="spellEnd"/>
      <w:r>
        <w:t xml:space="preserve"> </w:t>
      </w:r>
      <w:proofErr w:type="spellStart"/>
      <w:r>
        <w:t>tartibda</w:t>
      </w:r>
      <w:proofErr w:type="spellEnd"/>
      <w:r>
        <w:t xml:space="preserve"> </w:t>
      </w:r>
      <w:proofErr w:type="spellStart"/>
      <w:r>
        <w:t>darhol</w:t>
      </w:r>
      <w:proofErr w:type="spellEnd"/>
      <w:r>
        <w:t xml:space="preserve"> </w:t>
      </w:r>
      <w:proofErr w:type="spellStart"/>
      <w:r>
        <w:t>ma'lum</w:t>
      </w:r>
      <w:proofErr w:type="spellEnd"/>
      <w:r>
        <w:t xml:space="preserve"> </w:t>
      </w:r>
      <w:proofErr w:type="spellStart"/>
      <w:r>
        <w:t>qilishi</w:t>
      </w:r>
      <w:proofErr w:type="spellEnd"/>
      <w:r>
        <w:t xml:space="preserve"> </w:t>
      </w:r>
      <w:proofErr w:type="spellStart"/>
      <w:r>
        <w:t>shart</w:t>
      </w:r>
      <w:proofErr w:type="spellEnd"/>
      <w:r>
        <w:t>.</w:t>
      </w:r>
    </w:p>
    <w:p w14:paraId="68C77F70" w14:textId="7917B24F" w:rsidR="00B944B9" w:rsidRDefault="00044E1A" w:rsidP="005D60F3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>
        <w:rPr>
          <w:b/>
          <w:bCs/>
        </w:rPr>
        <w:t>J</w:t>
      </w:r>
      <w:r w:rsidRPr="00044E1A">
        <w:rPr>
          <w:b/>
          <w:bCs/>
        </w:rPr>
        <w:t>avobgarlikning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muqarrarligi</w:t>
      </w:r>
      <w:proofErr w:type="spellEnd"/>
      <w:r w:rsidR="005D60F3">
        <w:rPr>
          <w:b/>
          <w:bCs/>
        </w:rPr>
        <w:t> </w:t>
      </w:r>
      <w:r w:rsidR="005D60F3">
        <w:t>–</w:t>
      </w:r>
      <w:r w:rsidR="005D60F3">
        <w:rPr>
          <w:b/>
          <w:bCs/>
        </w:rPr>
        <w:t> </w:t>
      </w:r>
      <w:proofErr w:type="spellStart"/>
      <w:r w:rsidR="00B944B9">
        <w:t>Universitetning</w:t>
      </w:r>
      <w:proofErr w:type="spellEnd"/>
      <w:r w:rsidR="00B944B9">
        <w:t xml:space="preserve"> har </w:t>
      </w:r>
      <w:proofErr w:type="spellStart"/>
      <w:r w:rsidR="00B944B9">
        <w:t>bir</w:t>
      </w:r>
      <w:proofErr w:type="spellEnd"/>
      <w:r w:rsidR="00B944B9">
        <w:t xml:space="preserve"> </w:t>
      </w:r>
      <w:proofErr w:type="spellStart"/>
      <w:r w:rsidR="00B944B9">
        <w:t>rahbari</w:t>
      </w:r>
      <w:proofErr w:type="spellEnd"/>
      <w:r w:rsidR="00B944B9">
        <w:t xml:space="preserve"> </w:t>
      </w:r>
      <w:proofErr w:type="spellStart"/>
      <w:r w:rsidR="00B944B9">
        <w:t>va</w:t>
      </w:r>
      <w:proofErr w:type="spellEnd"/>
      <w:r w:rsidR="00B944B9">
        <w:t xml:space="preserve"> </w:t>
      </w:r>
      <w:proofErr w:type="spellStart"/>
      <w:r w:rsidR="00B944B9">
        <w:t>xodimi</w:t>
      </w:r>
      <w:proofErr w:type="spellEnd"/>
      <w:r w:rsidR="00B944B9">
        <w:t xml:space="preserve"> </w:t>
      </w:r>
      <w:proofErr w:type="spellStart"/>
      <w:proofErr w:type="gramStart"/>
      <w:r w:rsidR="00B944B9">
        <w:t>o‘</w:t>
      </w:r>
      <w:proofErr w:type="gramEnd"/>
      <w:r w:rsidR="00B944B9">
        <w:t>z</w:t>
      </w:r>
      <w:proofErr w:type="spellEnd"/>
      <w:r w:rsidR="00B944B9">
        <w:t xml:space="preserve"> </w:t>
      </w:r>
      <w:proofErr w:type="spellStart"/>
      <w:r w:rsidR="00B944B9">
        <w:t>faoliyati</w:t>
      </w:r>
      <w:proofErr w:type="spellEnd"/>
      <w:r w:rsidR="00B944B9">
        <w:t xml:space="preserve"> </w:t>
      </w:r>
      <w:proofErr w:type="spellStart"/>
      <w:r w:rsidR="00B944B9">
        <w:t>natijalari</w:t>
      </w:r>
      <w:proofErr w:type="spellEnd"/>
      <w:r w:rsidR="00B944B9">
        <w:t xml:space="preserve"> </w:t>
      </w:r>
      <w:proofErr w:type="spellStart"/>
      <w:r w:rsidR="00B944B9">
        <w:t>uchun</w:t>
      </w:r>
      <w:proofErr w:type="spellEnd"/>
      <w:r w:rsidR="00B944B9">
        <w:t xml:space="preserve"> </w:t>
      </w:r>
      <w:proofErr w:type="spellStart"/>
      <w:r w:rsidR="00B944B9">
        <w:t>shaxsan</w:t>
      </w:r>
      <w:proofErr w:type="spellEnd"/>
      <w:r w:rsidR="00B944B9">
        <w:t xml:space="preserve"> </w:t>
      </w:r>
      <w:proofErr w:type="spellStart"/>
      <w:r w:rsidR="00B944B9">
        <w:t>javobgar</w:t>
      </w:r>
      <w:proofErr w:type="spellEnd"/>
      <w:r w:rsidR="00B944B9">
        <w:t xml:space="preserve"> </w:t>
      </w:r>
      <w:proofErr w:type="spellStart"/>
      <w:r w:rsidR="00B944B9">
        <w:t>hisoblanadi</w:t>
      </w:r>
      <w:proofErr w:type="spellEnd"/>
      <w:r w:rsidR="00B944B9">
        <w:t xml:space="preserve"> </w:t>
      </w:r>
      <w:proofErr w:type="spellStart"/>
      <w:r w:rsidR="00B944B9">
        <w:t>hamda</w:t>
      </w:r>
      <w:proofErr w:type="spellEnd"/>
      <w:r w:rsidR="00B944B9">
        <w:t xml:space="preserve"> </w:t>
      </w:r>
      <w:proofErr w:type="spellStart"/>
      <w:r w:rsidR="00B944B9">
        <w:t>korrupsiyaga</w:t>
      </w:r>
      <w:proofErr w:type="spellEnd"/>
      <w:r w:rsidR="00B944B9">
        <w:t xml:space="preserve"> </w:t>
      </w:r>
      <w:proofErr w:type="spellStart"/>
      <w:r w:rsidR="00B944B9">
        <w:t>qarshi</w:t>
      </w:r>
      <w:proofErr w:type="spellEnd"/>
      <w:r w:rsidR="00B944B9">
        <w:t xml:space="preserve"> </w:t>
      </w:r>
      <w:proofErr w:type="spellStart"/>
      <w:r w:rsidR="00B944B9">
        <w:t>kurashish</w:t>
      </w:r>
      <w:proofErr w:type="spellEnd"/>
      <w:r w:rsidR="00B944B9">
        <w:t xml:space="preserve"> </w:t>
      </w:r>
      <w:proofErr w:type="spellStart"/>
      <w:r w:rsidR="00B944B9">
        <w:t>bo‘yicha</w:t>
      </w:r>
      <w:proofErr w:type="spellEnd"/>
      <w:r w:rsidR="00B944B9">
        <w:t xml:space="preserve"> </w:t>
      </w:r>
      <w:proofErr w:type="spellStart"/>
      <w:r w:rsidR="00B944B9">
        <w:t>belgilangan</w:t>
      </w:r>
      <w:proofErr w:type="spellEnd"/>
      <w:r w:rsidR="00B944B9">
        <w:t xml:space="preserve"> </w:t>
      </w:r>
      <w:proofErr w:type="spellStart"/>
      <w:r w:rsidR="00B944B9">
        <w:t>talablarning</w:t>
      </w:r>
      <w:proofErr w:type="spellEnd"/>
      <w:r w:rsidR="00B944B9">
        <w:t xml:space="preserve"> </w:t>
      </w:r>
      <w:proofErr w:type="spellStart"/>
      <w:r w:rsidR="00B944B9">
        <w:t>bajarilishi</w:t>
      </w:r>
      <w:proofErr w:type="spellEnd"/>
      <w:r w:rsidR="00B944B9">
        <w:t xml:space="preserve"> </w:t>
      </w:r>
      <w:proofErr w:type="spellStart"/>
      <w:r w:rsidR="00B944B9">
        <w:t>yuzasidan</w:t>
      </w:r>
      <w:proofErr w:type="spellEnd"/>
      <w:r w:rsidR="00B944B9">
        <w:t xml:space="preserve"> </w:t>
      </w:r>
      <w:proofErr w:type="spellStart"/>
      <w:r w:rsidR="00B944B9">
        <w:t>hisobdor</w:t>
      </w:r>
      <w:proofErr w:type="spellEnd"/>
      <w:r w:rsidR="00B944B9">
        <w:t xml:space="preserve"> </w:t>
      </w:r>
      <w:proofErr w:type="spellStart"/>
      <w:r w:rsidR="00B944B9">
        <w:t>bo‘ladi</w:t>
      </w:r>
      <w:proofErr w:type="spellEnd"/>
      <w:r w:rsidR="00B944B9">
        <w:t>.</w:t>
      </w:r>
    </w:p>
    <w:p w14:paraId="6E72B240" w14:textId="39581D84" w:rsidR="00B944B9" w:rsidRDefault="00044E1A" w:rsidP="005D60F3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>
        <w:rPr>
          <w:b/>
          <w:bCs/>
        </w:rPr>
        <w:t>K</w:t>
      </w:r>
      <w:r w:rsidRPr="00044E1A">
        <w:rPr>
          <w:b/>
          <w:bCs/>
        </w:rPr>
        <w:t>orrupsiyaning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oldini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olishga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doir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chora-tadbirlar</w:t>
      </w:r>
      <w:proofErr w:type="spellEnd"/>
      <w:r w:rsidRPr="00044E1A">
        <w:rPr>
          <w:b/>
          <w:bCs/>
        </w:rPr>
        <w:t xml:space="preserve"> </w:t>
      </w:r>
      <w:proofErr w:type="spellStart"/>
      <w:r w:rsidRPr="00044E1A">
        <w:rPr>
          <w:b/>
          <w:bCs/>
        </w:rPr>
        <w:t>ustuvorligi</w:t>
      </w:r>
      <w:proofErr w:type="spellEnd"/>
      <w:r w:rsidR="005D60F3">
        <w:rPr>
          <w:b/>
          <w:bCs/>
        </w:rPr>
        <w:t> </w:t>
      </w:r>
      <w:r w:rsidR="005D60F3">
        <w:t>–</w:t>
      </w:r>
      <w:r w:rsidR="005D60F3">
        <w:rPr>
          <w:b/>
          <w:bCs/>
        </w:rPr>
        <w:t> </w:t>
      </w:r>
      <w:proofErr w:type="spellStart"/>
      <w:r w:rsidR="00B944B9">
        <w:t>Universitetda</w:t>
      </w:r>
      <w:proofErr w:type="spellEnd"/>
      <w:r w:rsidR="00B944B9">
        <w:t xml:space="preserve"> </w:t>
      </w:r>
      <w:proofErr w:type="spellStart"/>
      <w:r w:rsidR="00B944B9">
        <w:t>korrupsiyaga</w:t>
      </w:r>
      <w:proofErr w:type="spellEnd"/>
      <w:r w:rsidR="00B944B9">
        <w:t xml:space="preserve"> </w:t>
      </w:r>
      <w:proofErr w:type="spellStart"/>
      <w:r w:rsidR="00B944B9">
        <w:t>qarshi</w:t>
      </w:r>
      <w:proofErr w:type="spellEnd"/>
      <w:r w:rsidR="00B944B9">
        <w:t xml:space="preserve"> </w:t>
      </w:r>
      <w:proofErr w:type="spellStart"/>
      <w:r w:rsidR="00B944B9">
        <w:t>kurashishda</w:t>
      </w:r>
      <w:proofErr w:type="spellEnd"/>
      <w:r w:rsidR="00B944B9">
        <w:t xml:space="preserve"> </w:t>
      </w:r>
      <w:proofErr w:type="spellStart"/>
      <w:r w:rsidR="00B944B9">
        <w:t>korrupsion</w:t>
      </w:r>
      <w:proofErr w:type="spellEnd"/>
      <w:r w:rsidR="00B944B9">
        <w:t xml:space="preserve"> </w:t>
      </w:r>
      <w:proofErr w:type="spellStart"/>
      <w:r w:rsidR="00B944B9">
        <w:t>huquqbuzarliklarning</w:t>
      </w:r>
      <w:proofErr w:type="spellEnd"/>
      <w:r w:rsidR="00B944B9">
        <w:t xml:space="preserve"> </w:t>
      </w:r>
      <w:proofErr w:type="spellStart"/>
      <w:r w:rsidR="00B944B9">
        <w:t>oqibatlarini</w:t>
      </w:r>
      <w:proofErr w:type="spellEnd"/>
      <w:r w:rsidR="00B944B9">
        <w:t xml:space="preserve"> </w:t>
      </w:r>
      <w:proofErr w:type="spellStart"/>
      <w:r w:rsidR="00B944B9">
        <w:t>bartaraf</w:t>
      </w:r>
      <w:proofErr w:type="spellEnd"/>
      <w:r w:rsidR="00B944B9">
        <w:t xml:space="preserve"> </w:t>
      </w:r>
      <w:proofErr w:type="spellStart"/>
      <w:r w:rsidR="00B944B9">
        <w:t>etishdan</w:t>
      </w:r>
      <w:proofErr w:type="spellEnd"/>
      <w:r w:rsidR="00B944B9">
        <w:t xml:space="preserve"> </w:t>
      </w:r>
      <w:proofErr w:type="spellStart"/>
      <w:proofErr w:type="gramStart"/>
      <w:r w:rsidR="00B944B9">
        <w:t>ko‘</w:t>
      </w:r>
      <w:proofErr w:type="gramEnd"/>
      <w:r w:rsidR="00B944B9">
        <w:t>ra</w:t>
      </w:r>
      <w:proofErr w:type="spellEnd"/>
      <w:r w:rsidR="00B944B9">
        <w:t xml:space="preserve">, </w:t>
      </w:r>
      <w:proofErr w:type="spellStart"/>
      <w:r w:rsidR="00B944B9">
        <w:t>ularning</w:t>
      </w:r>
      <w:proofErr w:type="spellEnd"/>
      <w:r w:rsidR="00B944B9">
        <w:t xml:space="preserve"> </w:t>
      </w:r>
      <w:proofErr w:type="spellStart"/>
      <w:r w:rsidR="00B944B9">
        <w:t>kelib</w:t>
      </w:r>
      <w:proofErr w:type="spellEnd"/>
      <w:r w:rsidR="00B944B9">
        <w:t xml:space="preserve"> </w:t>
      </w:r>
      <w:proofErr w:type="spellStart"/>
      <w:r w:rsidR="00B944B9">
        <w:t>chiqish</w:t>
      </w:r>
      <w:proofErr w:type="spellEnd"/>
      <w:r w:rsidR="00B944B9">
        <w:t xml:space="preserve"> </w:t>
      </w:r>
      <w:proofErr w:type="spellStart"/>
      <w:r w:rsidR="00B944B9">
        <w:t>sabab</w:t>
      </w:r>
      <w:proofErr w:type="spellEnd"/>
      <w:r w:rsidR="00B944B9">
        <w:t xml:space="preserve"> </w:t>
      </w:r>
      <w:proofErr w:type="spellStart"/>
      <w:r w:rsidR="00B944B9">
        <w:t>va</w:t>
      </w:r>
      <w:proofErr w:type="spellEnd"/>
      <w:r w:rsidR="00B944B9">
        <w:t xml:space="preserve"> </w:t>
      </w:r>
      <w:proofErr w:type="spellStart"/>
      <w:r w:rsidR="00B944B9">
        <w:t>shart-sharoitlarini</w:t>
      </w:r>
      <w:proofErr w:type="spellEnd"/>
      <w:r w:rsidR="00B944B9">
        <w:t xml:space="preserve"> </w:t>
      </w:r>
      <w:proofErr w:type="spellStart"/>
      <w:r w:rsidR="001C411E">
        <w:t>erta</w:t>
      </w:r>
      <w:proofErr w:type="spellEnd"/>
      <w:r w:rsidR="00B944B9">
        <w:t xml:space="preserve"> </w:t>
      </w:r>
      <w:proofErr w:type="spellStart"/>
      <w:r w:rsidR="00B944B9">
        <w:t>aniqlash</w:t>
      </w:r>
      <w:proofErr w:type="spellEnd"/>
      <w:r w:rsidR="00B944B9">
        <w:t xml:space="preserve"> </w:t>
      </w:r>
      <w:proofErr w:type="spellStart"/>
      <w:r w:rsidR="00B944B9">
        <w:t>hamda</w:t>
      </w:r>
      <w:proofErr w:type="spellEnd"/>
      <w:r w:rsidR="00B944B9">
        <w:t xml:space="preserve"> </w:t>
      </w:r>
      <w:proofErr w:type="spellStart"/>
      <w:r w:rsidR="00B944B9">
        <w:t>oldini</w:t>
      </w:r>
      <w:proofErr w:type="spellEnd"/>
      <w:r w:rsidR="00B944B9">
        <w:t xml:space="preserve"> </w:t>
      </w:r>
      <w:proofErr w:type="spellStart"/>
      <w:r w:rsidR="00B944B9">
        <w:t>olishga</w:t>
      </w:r>
      <w:proofErr w:type="spellEnd"/>
      <w:r w:rsidR="00B944B9">
        <w:t xml:space="preserve"> </w:t>
      </w:r>
      <w:proofErr w:type="spellStart"/>
      <w:r w:rsidR="00B944B9">
        <w:t>ustuvor</w:t>
      </w:r>
      <w:proofErr w:type="spellEnd"/>
      <w:r w:rsidR="00B944B9">
        <w:t xml:space="preserve"> </w:t>
      </w:r>
      <w:proofErr w:type="spellStart"/>
      <w:r w:rsidR="00B944B9">
        <w:t>ahamiyat</w:t>
      </w:r>
      <w:proofErr w:type="spellEnd"/>
      <w:r w:rsidR="00B944B9">
        <w:t xml:space="preserve"> </w:t>
      </w:r>
      <w:proofErr w:type="spellStart"/>
      <w:r w:rsidR="00B944B9">
        <w:t>beriladi</w:t>
      </w:r>
      <w:proofErr w:type="spellEnd"/>
      <w:r w:rsidR="00B944B9">
        <w:t>.</w:t>
      </w:r>
    </w:p>
    <w:p w14:paraId="7861ABBC" w14:textId="6B445BC0" w:rsidR="00314E51" w:rsidRDefault="00314E51" w:rsidP="005D60F3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 w:rsidRPr="00314E51">
        <w:rPr>
          <w:b/>
          <w:bCs/>
        </w:rPr>
        <w:t>Akademik</w:t>
      </w:r>
      <w:proofErr w:type="spellEnd"/>
      <w:r w:rsidRPr="00314E51">
        <w:rPr>
          <w:b/>
          <w:bCs/>
        </w:rPr>
        <w:t xml:space="preserve"> </w:t>
      </w:r>
      <w:proofErr w:type="spellStart"/>
      <w:r w:rsidRPr="00314E51">
        <w:rPr>
          <w:b/>
          <w:bCs/>
        </w:rPr>
        <w:t>halollik</w:t>
      </w:r>
      <w:proofErr w:type="spellEnd"/>
      <w:r>
        <w:t xml:space="preserve"> </w:t>
      </w:r>
      <w:r w:rsidR="001C411E">
        <w:t>–</w:t>
      </w:r>
      <w:r>
        <w:t xml:space="preserve"> </w:t>
      </w:r>
      <w:proofErr w:type="spellStart"/>
      <w:r w:rsidR="00044E1A">
        <w:t>t</w:t>
      </w:r>
      <w:r>
        <w:t>a</w:t>
      </w:r>
      <w:r w:rsidR="001C411E">
        <w:t>’</w:t>
      </w:r>
      <w:r>
        <w:t>lim</w:t>
      </w:r>
      <w:proofErr w:type="spellEnd"/>
      <w:r>
        <w:t xml:space="preserve">, </w:t>
      </w:r>
      <w:proofErr w:type="spellStart"/>
      <w:r>
        <w:t>ilmiy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innovatsion</w:t>
      </w:r>
      <w:proofErr w:type="spellEnd"/>
      <w:r>
        <w:t xml:space="preserve"> </w:t>
      </w:r>
      <w:proofErr w:type="spellStart"/>
      <w:r>
        <w:t>faoliyatda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halollik</w:t>
      </w:r>
      <w:proofErr w:type="spellEnd"/>
      <w:r>
        <w:t xml:space="preserve">, </w:t>
      </w:r>
      <w:proofErr w:type="spellStart"/>
      <w:r>
        <w:t>xolis</w:t>
      </w:r>
      <w:proofErr w:type="spellEnd"/>
      <w:r>
        <w:t xml:space="preserve"> </w:t>
      </w:r>
      <w:proofErr w:type="spellStart"/>
      <w:r>
        <w:t>baholash</w:t>
      </w:r>
      <w:proofErr w:type="spellEnd"/>
      <w:r>
        <w:t xml:space="preserve">, </w:t>
      </w:r>
      <w:proofErr w:type="spellStart"/>
      <w:r>
        <w:t>plagiatga</w:t>
      </w:r>
      <w:proofErr w:type="spellEnd"/>
      <w:r>
        <w:t xml:space="preserve"> </w:t>
      </w:r>
      <w:proofErr w:type="spellStart"/>
      <w:proofErr w:type="gramStart"/>
      <w:r>
        <w:t>yo‘</w:t>
      </w:r>
      <w:proofErr w:type="gramEnd"/>
      <w:r>
        <w:t>l</w:t>
      </w:r>
      <w:proofErr w:type="spellEnd"/>
      <w:r>
        <w:t xml:space="preserve"> </w:t>
      </w:r>
      <w:proofErr w:type="spellStart"/>
      <w:r>
        <w:t>qo‘ymaslik</w:t>
      </w:r>
      <w:proofErr w:type="spellEnd"/>
      <w:r>
        <w:t xml:space="preserve">, </w:t>
      </w:r>
      <w:proofErr w:type="spellStart"/>
      <w:r>
        <w:t>ilmiy</w:t>
      </w:r>
      <w:proofErr w:type="spellEnd"/>
      <w:r>
        <w:t xml:space="preserve"> </w:t>
      </w:r>
      <w:proofErr w:type="spellStart"/>
      <w:r>
        <w:t>natijalarni</w:t>
      </w:r>
      <w:proofErr w:type="spellEnd"/>
      <w:r>
        <w:t xml:space="preserve"> </w:t>
      </w:r>
      <w:proofErr w:type="spellStart"/>
      <w:r>
        <w:t>soxtalashtirmaslik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ta</w:t>
      </w:r>
      <w:r w:rsidR="001C411E">
        <w:t>’</w:t>
      </w:r>
      <w:r>
        <w:t>lim</w:t>
      </w:r>
      <w:proofErr w:type="spellEnd"/>
      <w:r>
        <w:t xml:space="preserve"> </w:t>
      </w:r>
      <w:proofErr w:type="spellStart"/>
      <w:r>
        <w:t>jarayonida</w:t>
      </w:r>
      <w:proofErr w:type="spellEnd"/>
      <w:r>
        <w:t xml:space="preserve"> </w:t>
      </w:r>
      <w:proofErr w:type="spellStart"/>
      <w:r>
        <w:t>adolat</w:t>
      </w:r>
      <w:proofErr w:type="spellEnd"/>
      <w:r>
        <w:t xml:space="preserve"> </w:t>
      </w:r>
      <w:proofErr w:type="spellStart"/>
      <w:r>
        <w:t>tamoyillariga</w:t>
      </w:r>
      <w:proofErr w:type="spellEnd"/>
      <w:r>
        <w:t xml:space="preserve"> </w:t>
      </w:r>
      <w:proofErr w:type="spellStart"/>
      <w:r>
        <w:t>qat</w:t>
      </w:r>
      <w:r w:rsidR="001C411E">
        <w:t>’</w:t>
      </w:r>
      <w:r>
        <w:t>iy</w:t>
      </w:r>
      <w:proofErr w:type="spellEnd"/>
      <w:r>
        <w:t xml:space="preserve"> </w:t>
      </w:r>
      <w:proofErr w:type="spellStart"/>
      <w:r>
        <w:t>rioya</w:t>
      </w:r>
      <w:proofErr w:type="spellEnd"/>
      <w:r>
        <w:t xml:space="preserve"> </w:t>
      </w:r>
      <w:proofErr w:type="spellStart"/>
      <w:r>
        <w:t>etilishi</w:t>
      </w:r>
      <w:proofErr w:type="spellEnd"/>
      <w:r>
        <w:t xml:space="preserve"> </w:t>
      </w:r>
      <w:proofErr w:type="spellStart"/>
      <w:r>
        <w:t>ta</w:t>
      </w:r>
      <w:r w:rsidR="001C411E">
        <w:t>’</w:t>
      </w:r>
      <w:r>
        <w:t>minlanadi</w:t>
      </w:r>
      <w:proofErr w:type="spellEnd"/>
      <w:r>
        <w:t>.</w:t>
      </w:r>
    </w:p>
    <w:p w14:paraId="3880CCB6" w14:textId="403A349D" w:rsidR="00E919C6" w:rsidRDefault="00E919C6" w:rsidP="00731AF9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</w:p>
    <w:p w14:paraId="1401445A" w14:textId="0FA7F7F5" w:rsidR="00E919C6" w:rsidRDefault="00E919C6" w:rsidP="00731AF9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</w:p>
    <w:p w14:paraId="6890C966" w14:textId="77777777" w:rsidR="001C411E" w:rsidRDefault="00314E51" w:rsidP="00882DF8">
      <w:pPr>
        <w:spacing w:after="0" w:line="240" w:lineRule="auto"/>
        <w:jc w:val="center"/>
        <w:rPr>
          <w:b/>
          <w:bCs/>
        </w:rPr>
      </w:pPr>
      <w:r w:rsidRPr="00314E51">
        <w:rPr>
          <w:b/>
          <w:bCs/>
        </w:rPr>
        <w:lastRenderedPageBreak/>
        <w:t xml:space="preserve">3-bob. </w:t>
      </w:r>
      <w:proofErr w:type="spellStart"/>
      <w:r w:rsidRPr="00314E51">
        <w:rPr>
          <w:b/>
          <w:bCs/>
        </w:rPr>
        <w:t>Universitetda</w:t>
      </w:r>
      <w:proofErr w:type="spellEnd"/>
      <w:r w:rsidRPr="00314E51">
        <w:rPr>
          <w:b/>
          <w:bCs/>
        </w:rPr>
        <w:t xml:space="preserve"> </w:t>
      </w:r>
      <w:proofErr w:type="spellStart"/>
      <w:r w:rsidRPr="00314E51">
        <w:rPr>
          <w:b/>
          <w:bCs/>
        </w:rPr>
        <w:t>korrupsiyaga</w:t>
      </w:r>
      <w:proofErr w:type="spellEnd"/>
      <w:r w:rsidRPr="00314E51">
        <w:rPr>
          <w:b/>
          <w:bCs/>
        </w:rPr>
        <w:t xml:space="preserve"> </w:t>
      </w:r>
      <w:proofErr w:type="spellStart"/>
      <w:r w:rsidRPr="00314E51">
        <w:rPr>
          <w:b/>
          <w:bCs/>
        </w:rPr>
        <w:t>qarshi</w:t>
      </w:r>
      <w:proofErr w:type="spellEnd"/>
      <w:r w:rsidRPr="00314E51">
        <w:rPr>
          <w:b/>
          <w:bCs/>
        </w:rPr>
        <w:t xml:space="preserve"> </w:t>
      </w:r>
      <w:proofErr w:type="spellStart"/>
      <w:r w:rsidRPr="00314E51">
        <w:rPr>
          <w:b/>
          <w:bCs/>
        </w:rPr>
        <w:t>kurashishning</w:t>
      </w:r>
      <w:proofErr w:type="spellEnd"/>
      <w:r w:rsidRPr="00314E51">
        <w:rPr>
          <w:b/>
          <w:bCs/>
        </w:rPr>
        <w:t xml:space="preserve"> </w:t>
      </w:r>
    </w:p>
    <w:p w14:paraId="6640E2D9" w14:textId="29DEEF58" w:rsidR="00BD429E" w:rsidRDefault="00314E51" w:rsidP="00882DF8">
      <w:pPr>
        <w:spacing w:after="120" w:line="240" w:lineRule="auto"/>
        <w:jc w:val="center"/>
        <w:rPr>
          <w:b/>
          <w:bCs/>
        </w:rPr>
      </w:pPr>
      <w:proofErr w:type="spellStart"/>
      <w:r w:rsidRPr="00314E51">
        <w:rPr>
          <w:b/>
          <w:bCs/>
        </w:rPr>
        <w:t>asosiy</w:t>
      </w:r>
      <w:proofErr w:type="spellEnd"/>
      <w:r w:rsidRPr="00314E51">
        <w:rPr>
          <w:b/>
          <w:bCs/>
        </w:rPr>
        <w:t xml:space="preserve"> </w:t>
      </w:r>
      <w:proofErr w:type="spellStart"/>
      <w:r w:rsidRPr="00314E51">
        <w:rPr>
          <w:b/>
          <w:bCs/>
        </w:rPr>
        <w:t>qoidalari</w:t>
      </w:r>
      <w:proofErr w:type="spellEnd"/>
    </w:p>
    <w:p w14:paraId="75A7EAE1" w14:textId="17AFFD8D" w:rsidR="006A5BAA" w:rsidRDefault="006A5BAA" w:rsidP="00882DF8">
      <w:pPr>
        <w:pStyle w:val="ae"/>
        <w:numPr>
          <w:ilvl w:val="0"/>
          <w:numId w:val="10"/>
        </w:numPr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>
        <w:t>Universitetda</w:t>
      </w:r>
      <w:proofErr w:type="spellEnd"/>
      <w:r>
        <w:t xml:space="preserve"> </w:t>
      </w:r>
      <w:proofErr w:type="spellStart"/>
      <w:r>
        <w:t>korrupsiyaga</w:t>
      </w:r>
      <w:proofErr w:type="spellEnd"/>
      <w:r>
        <w:t xml:space="preserve"> </w:t>
      </w:r>
      <w:proofErr w:type="spellStart"/>
      <w:r>
        <w:t>qarshi</w:t>
      </w:r>
      <w:proofErr w:type="spellEnd"/>
      <w:r>
        <w:t xml:space="preserve"> </w:t>
      </w:r>
      <w:proofErr w:type="spellStart"/>
      <w:r>
        <w:t>kurashishda</w:t>
      </w:r>
      <w:proofErr w:type="spellEnd"/>
      <w:r>
        <w:t xml:space="preserve"> </w:t>
      </w:r>
      <w:proofErr w:type="spellStart"/>
      <w:r>
        <w:t>quyidagi</w:t>
      </w:r>
      <w:proofErr w:type="spellEnd"/>
      <w:r>
        <w:t xml:space="preserve"> </w:t>
      </w:r>
      <w:proofErr w:type="spellStart"/>
      <w:r>
        <w:t>asosiy</w:t>
      </w:r>
      <w:proofErr w:type="spellEnd"/>
      <w:r>
        <w:t xml:space="preserve"> </w:t>
      </w:r>
      <w:proofErr w:type="spellStart"/>
      <w:r>
        <w:t>qoidalarga</w:t>
      </w:r>
      <w:proofErr w:type="spellEnd"/>
      <w:r>
        <w:t xml:space="preserve"> </w:t>
      </w:r>
      <w:proofErr w:type="spellStart"/>
      <w:r>
        <w:t>amal</w:t>
      </w:r>
      <w:proofErr w:type="spellEnd"/>
      <w:r>
        <w:t xml:space="preserve"> </w:t>
      </w:r>
      <w:proofErr w:type="spellStart"/>
      <w:r>
        <w:t>qilinadi</w:t>
      </w:r>
      <w:proofErr w:type="spellEnd"/>
      <w:r>
        <w:t>:</w:t>
      </w:r>
    </w:p>
    <w:p w14:paraId="68FBFE0E" w14:textId="281BEFF3" w:rsidR="006A5BAA" w:rsidRPr="00E46FBC" w:rsidRDefault="006A5BAA" w:rsidP="005D60F3">
      <w:pPr>
        <w:pStyle w:val="pdq2pgselectionanchorcontainer"/>
        <w:spacing w:before="0" w:beforeAutospacing="0" w:after="12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E46FBC">
        <w:rPr>
          <w:sz w:val="28"/>
          <w:szCs w:val="28"/>
          <w:lang w:val="en-US"/>
        </w:rPr>
        <w:t>Universitet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faoliyatining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barcha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46FBC">
        <w:rPr>
          <w:sz w:val="28"/>
          <w:szCs w:val="28"/>
          <w:lang w:val="en-US"/>
        </w:rPr>
        <w:t>yo‘</w:t>
      </w:r>
      <w:proofErr w:type="gramEnd"/>
      <w:r w:rsidRPr="00E46FBC">
        <w:rPr>
          <w:sz w:val="28"/>
          <w:szCs w:val="28"/>
          <w:lang w:val="en-US"/>
        </w:rPr>
        <w:t>nalishlarida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korrupsiyaning</w:t>
      </w:r>
      <w:proofErr w:type="spellEnd"/>
      <w:r w:rsidRPr="00E46FBC">
        <w:rPr>
          <w:sz w:val="28"/>
          <w:szCs w:val="28"/>
          <w:lang w:val="en-US"/>
        </w:rPr>
        <w:t xml:space="preserve"> har </w:t>
      </w:r>
      <w:proofErr w:type="spellStart"/>
      <w:r w:rsidRPr="00E46FBC">
        <w:rPr>
          <w:sz w:val="28"/>
          <w:szCs w:val="28"/>
          <w:lang w:val="en-US"/>
        </w:rPr>
        <w:t>qanday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shakli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va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ko‘rinishiga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nisbatan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mutlaq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murosasizlik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siyosati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yuritiladi</w:t>
      </w:r>
      <w:proofErr w:type="spellEnd"/>
      <w:r w:rsidRPr="00E46FBC">
        <w:rPr>
          <w:sz w:val="28"/>
          <w:szCs w:val="28"/>
          <w:lang w:val="en-US"/>
        </w:rPr>
        <w:t>.</w:t>
      </w:r>
    </w:p>
    <w:p w14:paraId="264E473D" w14:textId="7689BF28" w:rsidR="006A5BAA" w:rsidRPr="00E46FBC" w:rsidRDefault="006A5BAA" w:rsidP="005D60F3">
      <w:pPr>
        <w:pStyle w:val="aff8"/>
        <w:spacing w:before="0" w:beforeAutospacing="0" w:after="12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E46FBC">
        <w:rPr>
          <w:sz w:val="28"/>
          <w:szCs w:val="28"/>
          <w:lang w:val="en-US"/>
        </w:rPr>
        <w:t>Universitet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rahbarlari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va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xodimlari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46FBC">
        <w:rPr>
          <w:sz w:val="28"/>
          <w:szCs w:val="28"/>
          <w:lang w:val="en-US"/>
        </w:rPr>
        <w:t>o‘</w:t>
      </w:r>
      <w:proofErr w:type="gramEnd"/>
      <w:r w:rsidRPr="00E46FBC">
        <w:rPr>
          <w:sz w:val="28"/>
          <w:szCs w:val="28"/>
          <w:lang w:val="en-US"/>
        </w:rPr>
        <w:t>z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xizmat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vazifalarini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bajarishda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qonuniylik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halollik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xolislik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adolatlilik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shaffoflik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manfaatlar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to‘qnashuviga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yo‘l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qo‘ymaslik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hamda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jamoat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manfaatlari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ustuvorligi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tamoyillariga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qat</w:t>
      </w:r>
      <w:r w:rsidR="001C411E">
        <w:rPr>
          <w:sz w:val="28"/>
          <w:szCs w:val="28"/>
          <w:lang w:val="en-US"/>
        </w:rPr>
        <w:t>’</w:t>
      </w:r>
      <w:r w:rsidRPr="00E46FBC">
        <w:rPr>
          <w:sz w:val="28"/>
          <w:szCs w:val="28"/>
          <w:lang w:val="en-US"/>
        </w:rPr>
        <w:t>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amal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qi</w:t>
      </w:r>
      <w:r w:rsidR="00B34EB7">
        <w:rPr>
          <w:sz w:val="28"/>
          <w:szCs w:val="28"/>
          <w:lang w:val="en-US"/>
        </w:rPr>
        <w:t>lishi</w:t>
      </w:r>
      <w:proofErr w:type="spellEnd"/>
      <w:r w:rsidR="00B34EB7">
        <w:rPr>
          <w:sz w:val="28"/>
          <w:szCs w:val="28"/>
          <w:lang w:val="en-US"/>
        </w:rPr>
        <w:t xml:space="preserve"> </w:t>
      </w:r>
      <w:proofErr w:type="spellStart"/>
      <w:r w:rsidR="00B34EB7">
        <w:rPr>
          <w:sz w:val="28"/>
          <w:szCs w:val="28"/>
          <w:lang w:val="en-US"/>
        </w:rPr>
        <w:t>shart</w:t>
      </w:r>
      <w:proofErr w:type="spellEnd"/>
      <w:r w:rsidRPr="00E46FBC">
        <w:rPr>
          <w:sz w:val="28"/>
          <w:szCs w:val="28"/>
          <w:lang w:val="en-US"/>
        </w:rPr>
        <w:t>.</w:t>
      </w:r>
    </w:p>
    <w:p w14:paraId="240FB512" w14:textId="663A8047" w:rsidR="006A5BAA" w:rsidRPr="00E46FBC" w:rsidRDefault="006A5BAA" w:rsidP="005D60F3">
      <w:pPr>
        <w:pStyle w:val="aff8"/>
        <w:spacing w:before="0" w:beforeAutospacing="0" w:after="12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E46FBC">
        <w:rPr>
          <w:sz w:val="28"/>
          <w:szCs w:val="28"/>
          <w:lang w:val="en-US"/>
        </w:rPr>
        <w:t>Universitet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faoliyatida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pora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berish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pora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olish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pora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olish-berishda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vositachilik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qilish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noqonuniy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moddiy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yoki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nomoddiy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manfaatlarni</w:t>
      </w:r>
      <w:proofErr w:type="spellEnd"/>
      <w:r w:rsidRPr="00E46FBC">
        <w:rPr>
          <w:sz w:val="28"/>
          <w:szCs w:val="28"/>
          <w:lang w:val="en-US"/>
        </w:rPr>
        <w:t xml:space="preserve"> talab </w:t>
      </w:r>
      <w:proofErr w:type="spellStart"/>
      <w:r w:rsidRPr="00E46FBC">
        <w:rPr>
          <w:sz w:val="28"/>
          <w:szCs w:val="28"/>
          <w:lang w:val="en-US"/>
        </w:rPr>
        <w:t>qilish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taklif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etish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yoki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qabul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qilish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shuningdek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korrupsiyaga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oid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boshqa</w:t>
      </w:r>
      <w:proofErr w:type="spellEnd"/>
      <w:r w:rsidRPr="00E46FBC">
        <w:rPr>
          <w:sz w:val="28"/>
          <w:szCs w:val="28"/>
          <w:lang w:val="en-US"/>
        </w:rPr>
        <w:t xml:space="preserve"> har </w:t>
      </w:r>
      <w:proofErr w:type="spellStart"/>
      <w:r w:rsidRPr="00E46FBC">
        <w:rPr>
          <w:sz w:val="28"/>
          <w:szCs w:val="28"/>
          <w:lang w:val="en-US"/>
        </w:rPr>
        <w:t>qanday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huquqbuzarliklarga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46FBC">
        <w:rPr>
          <w:sz w:val="28"/>
          <w:szCs w:val="28"/>
          <w:lang w:val="en-US"/>
        </w:rPr>
        <w:t>yo‘</w:t>
      </w:r>
      <w:proofErr w:type="gramEnd"/>
      <w:r w:rsidRPr="00E46FBC">
        <w:rPr>
          <w:sz w:val="28"/>
          <w:szCs w:val="28"/>
          <w:lang w:val="en-US"/>
        </w:rPr>
        <w:t>l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qo‘yilmaydi</w:t>
      </w:r>
      <w:proofErr w:type="spellEnd"/>
      <w:r w:rsidRPr="00E46FBC">
        <w:rPr>
          <w:sz w:val="28"/>
          <w:szCs w:val="28"/>
          <w:lang w:val="en-US"/>
        </w:rPr>
        <w:t>.</w:t>
      </w:r>
    </w:p>
    <w:p w14:paraId="09A23913" w14:textId="6388DD74" w:rsidR="006A5BAA" w:rsidRPr="00E46FBC" w:rsidRDefault="006A5BAA" w:rsidP="005D60F3">
      <w:pPr>
        <w:pStyle w:val="aff8"/>
        <w:spacing w:before="0" w:beforeAutospacing="0" w:after="12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E46FBC">
        <w:rPr>
          <w:sz w:val="28"/>
          <w:szCs w:val="28"/>
          <w:lang w:val="en-US"/>
        </w:rPr>
        <w:t>Xizmat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vakolatlaridan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shaxsiy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yoki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uchinchi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shaxslarning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manfaatlari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46FBC">
        <w:rPr>
          <w:sz w:val="28"/>
          <w:szCs w:val="28"/>
          <w:lang w:val="en-US"/>
        </w:rPr>
        <w:t>yo‘</w:t>
      </w:r>
      <w:proofErr w:type="gramEnd"/>
      <w:r w:rsidRPr="00E46FBC">
        <w:rPr>
          <w:sz w:val="28"/>
          <w:szCs w:val="28"/>
          <w:lang w:val="en-US"/>
        </w:rPr>
        <w:t>lida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foydalanish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qarindosh-urug‘chilik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tanish-bilishchilik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mahalliychilik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favoritizm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proteksionizm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hamda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boshqa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noqonuniy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ustunliklar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va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manfaatlar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to‘qnashuviga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olib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keluvchi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holatlarga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yo‘l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qo‘yilmaydi</w:t>
      </w:r>
      <w:proofErr w:type="spellEnd"/>
      <w:r w:rsidRPr="00E46FBC">
        <w:rPr>
          <w:sz w:val="28"/>
          <w:szCs w:val="28"/>
          <w:lang w:val="en-US"/>
        </w:rPr>
        <w:t>.</w:t>
      </w:r>
    </w:p>
    <w:p w14:paraId="2F7456F5" w14:textId="47437FC7" w:rsidR="006A5BAA" w:rsidRPr="00E46FBC" w:rsidRDefault="006A5BAA" w:rsidP="005D60F3">
      <w:pPr>
        <w:pStyle w:val="aff8"/>
        <w:spacing w:before="0" w:beforeAutospacing="0" w:after="12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E46FBC">
        <w:rPr>
          <w:sz w:val="28"/>
          <w:szCs w:val="28"/>
          <w:lang w:val="en-US"/>
        </w:rPr>
        <w:t>Ishga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qabul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qilish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lavozimga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tayinlash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attestatsiyadan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46FBC">
        <w:rPr>
          <w:sz w:val="28"/>
          <w:szCs w:val="28"/>
          <w:lang w:val="en-US"/>
        </w:rPr>
        <w:t>o‘</w:t>
      </w:r>
      <w:proofErr w:type="gramEnd"/>
      <w:r w:rsidRPr="00E46FBC">
        <w:rPr>
          <w:sz w:val="28"/>
          <w:szCs w:val="28"/>
          <w:lang w:val="en-US"/>
        </w:rPr>
        <w:t>tkazish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rag‘batlantirish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lavozim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bo‘yicha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o‘sish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intizomiy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choralar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qo‘llash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hamda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boshqa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kadrlar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bilan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bog‘liq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qarorlar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ochiqlik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shaffoflik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xolislik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va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teng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imkoniyatlar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tamoyillari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asosida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qabul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qilinadi</w:t>
      </w:r>
      <w:proofErr w:type="spellEnd"/>
      <w:r w:rsidRPr="00E46FBC">
        <w:rPr>
          <w:sz w:val="28"/>
          <w:szCs w:val="28"/>
          <w:lang w:val="en-US"/>
        </w:rPr>
        <w:t>.</w:t>
      </w:r>
    </w:p>
    <w:p w14:paraId="1D38D2AB" w14:textId="15C949D4" w:rsidR="006A5BAA" w:rsidRPr="00E46FBC" w:rsidRDefault="006A5BAA" w:rsidP="005D60F3">
      <w:pPr>
        <w:pStyle w:val="aff8"/>
        <w:spacing w:before="0" w:beforeAutospacing="0" w:after="12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E46FBC">
        <w:rPr>
          <w:sz w:val="28"/>
          <w:szCs w:val="28"/>
          <w:lang w:val="en-US"/>
        </w:rPr>
        <w:t>Ta</w:t>
      </w:r>
      <w:r w:rsidR="001C411E">
        <w:rPr>
          <w:sz w:val="28"/>
          <w:szCs w:val="28"/>
          <w:lang w:val="en-US"/>
        </w:rPr>
        <w:t>’</w:t>
      </w:r>
      <w:r w:rsidRPr="00E46FBC">
        <w:rPr>
          <w:sz w:val="28"/>
          <w:szCs w:val="28"/>
          <w:lang w:val="en-US"/>
        </w:rPr>
        <w:t>lim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jarayonida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talabalar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bilimini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baholash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yakuniy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nazoratlarni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tashkil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etish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akademik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hujjatlarni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rasmiylashtirish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ilmiy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faoliyatni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amalga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oshirish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hamda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boshqa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akademik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jarayonlarda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baholarni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asossiz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46FBC">
        <w:rPr>
          <w:sz w:val="28"/>
          <w:szCs w:val="28"/>
          <w:lang w:val="en-US"/>
        </w:rPr>
        <w:t>o‘</w:t>
      </w:r>
      <w:proofErr w:type="gramEnd"/>
      <w:r w:rsidRPr="00E46FBC">
        <w:rPr>
          <w:sz w:val="28"/>
          <w:szCs w:val="28"/>
          <w:lang w:val="en-US"/>
        </w:rPr>
        <w:t>zgartirish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plagiat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hujjatlarni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qalbakilashtirish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noqonuniy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aralashuv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yoki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boshqa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akademik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="00B34EB7">
        <w:rPr>
          <w:sz w:val="28"/>
          <w:szCs w:val="28"/>
          <w:lang w:val="en-US"/>
        </w:rPr>
        <w:t>halollik</w:t>
      </w:r>
      <w:proofErr w:type="spellEnd"/>
      <w:r w:rsidR="00B34EB7">
        <w:rPr>
          <w:sz w:val="28"/>
          <w:szCs w:val="28"/>
          <w:lang w:val="en-US"/>
        </w:rPr>
        <w:t xml:space="preserve"> </w:t>
      </w:r>
      <w:proofErr w:type="spellStart"/>
      <w:r w:rsidR="00B34EB7">
        <w:rPr>
          <w:sz w:val="28"/>
          <w:szCs w:val="28"/>
          <w:lang w:val="en-US"/>
        </w:rPr>
        <w:t>tamoyillarini</w:t>
      </w:r>
      <w:proofErr w:type="spellEnd"/>
      <w:r w:rsidR="00B34EB7">
        <w:rPr>
          <w:sz w:val="28"/>
          <w:szCs w:val="28"/>
          <w:lang w:val="en-US"/>
        </w:rPr>
        <w:t xml:space="preserve"> </w:t>
      </w:r>
      <w:proofErr w:type="spellStart"/>
      <w:r w:rsidR="00B34EB7">
        <w:rPr>
          <w:sz w:val="28"/>
          <w:szCs w:val="28"/>
          <w:lang w:val="en-US"/>
        </w:rPr>
        <w:t>buzuvchi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holatlar</w:t>
      </w:r>
      <w:r w:rsidR="00B34EB7">
        <w:rPr>
          <w:sz w:val="28"/>
          <w:szCs w:val="28"/>
          <w:lang w:val="en-US"/>
        </w:rPr>
        <w:t>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qat</w:t>
      </w:r>
      <w:r w:rsidR="00851C38">
        <w:rPr>
          <w:sz w:val="28"/>
          <w:szCs w:val="28"/>
          <w:lang w:val="en-US"/>
        </w:rPr>
        <w:t>’</w:t>
      </w:r>
      <w:r w:rsidRPr="00E46FBC">
        <w:rPr>
          <w:sz w:val="28"/>
          <w:szCs w:val="28"/>
          <w:lang w:val="en-US"/>
        </w:rPr>
        <w:t>iyan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yo‘l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qo‘yilmaydi</w:t>
      </w:r>
      <w:proofErr w:type="spellEnd"/>
      <w:r w:rsidRPr="00E46FBC">
        <w:rPr>
          <w:sz w:val="28"/>
          <w:szCs w:val="28"/>
          <w:lang w:val="en-US"/>
        </w:rPr>
        <w:t>.</w:t>
      </w:r>
    </w:p>
    <w:p w14:paraId="27F69F8C" w14:textId="7CB02872" w:rsidR="006A5BAA" w:rsidRPr="00E46FBC" w:rsidRDefault="006A5BAA" w:rsidP="005D60F3">
      <w:pPr>
        <w:pStyle w:val="aff8"/>
        <w:spacing w:before="0" w:beforeAutospacing="0" w:after="12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E46FBC">
        <w:rPr>
          <w:sz w:val="28"/>
          <w:szCs w:val="28"/>
          <w:lang w:val="en-US"/>
        </w:rPr>
        <w:t>Davlat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xaridlari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shartnomalar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tuzish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moliyaviy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operatsiyalar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byudjet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va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byudjetdan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tashqari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46FBC">
        <w:rPr>
          <w:sz w:val="28"/>
          <w:szCs w:val="28"/>
          <w:lang w:val="en-US"/>
        </w:rPr>
        <w:t>mablag‘</w:t>
      </w:r>
      <w:proofErr w:type="gramEnd"/>
      <w:r w:rsidRPr="00E46FBC">
        <w:rPr>
          <w:sz w:val="28"/>
          <w:szCs w:val="28"/>
          <w:lang w:val="en-US"/>
        </w:rPr>
        <w:t>lardan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foydalanish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jarayonlari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amaldagi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qonunchilik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hamda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Universitetning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ichki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hujjatlariga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muvofiq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ochiq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shaffof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va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xolis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tartibda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amalga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oshiriladi</w:t>
      </w:r>
      <w:proofErr w:type="spellEnd"/>
      <w:r w:rsidRPr="00E46FBC">
        <w:rPr>
          <w:sz w:val="28"/>
          <w:szCs w:val="28"/>
          <w:lang w:val="en-US"/>
        </w:rPr>
        <w:t>.</w:t>
      </w:r>
    </w:p>
    <w:p w14:paraId="3B5384E4" w14:textId="348720B1" w:rsidR="006A5BAA" w:rsidRPr="00E46FBC" w:rsidRDefault="006A5BAA" w:rsidP="005D60F3">
      <w:pPr>
        <w:pStyle w:val="aff8"/>
        <w:spacing w:before="0" w:beforeAutospacing="0" w:after="12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E46FBC">
        <w:rPr>
          <w:sz w:val="28"/>
          <w:szCs w:val="28"/>
          <w:lang w:val="en-US"/>
        </w:rPr>
        <w:t>Universitetning</w:t>
      </w:r>
      <w:proofErr w:type="spellEnd"/>
      <w:r w:rsidRPr="00E46FBC">
        <w:rPr>
          <w:sz w:val="28"/>
          <w:szCs w:val="28"/>
          <w:lang w:val="en-US"/>
        </w:rPr>
        <w:t xml:space="preserve"> har </w:t>
      </w:r>
      <w:proofErr w:type="spellStart"/>
      <w:r w:rsidRPr="00E46FBC">
        <w:rPr>
          <w:sz w:val="28"/>
          <w:szCs w:val="28"/>
          <w:lang w:val="en-US"/>
        </w:rPr>
        <w:t>bir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xodimi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46FBC">
        <w:rPr>
          <w:sz w:val="28"/>
          <w:szCs w:val="28"/>
          <w:lang w:val="en-US"/>
        </w:rPr>
        <w:t>o‘</w:t>
      </w:r>
      <w:proofErr w:type="gramEnd"/>
      <w:r w:rsidRPr="00E46FBC">
        <w:rPr>
          <w:sz w:val="28"/>
          <w:szCs w:val="28"/>
          <w:lang w:val="en-US"/>
        </w:rPr>
        <w:t>ziga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ma</w:t>
      </w:r>
      <w:r w:rsidR="00851C38">
        <w:rPr>
          <w:sz w:val="28"/>
          <w:szCs w:val="28"/>
          <w:lang w:val="en-US"/>
        </w:rPr>
        <w:t>’</w:t>
      </w:r>
      <w:r w:rsidRPr="00E46FBC">
        <w:rPr>
          <w:sz w:val="28"/>
          <w:szCs w:val="28"/>
          <w:lang w:val="en-US"/>
        </w:rPr>
        <w:t>lum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bo‘lgan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korrupsiyaga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oid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huquqbuzarliklar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ularni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sodir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etishga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imkon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yaratuvchi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omillar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korrupsion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xavf-xatarlar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yoki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manfaatlar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to‘qnashuvi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holatlari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haqida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belgilangan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tartibda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zudlik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bilan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xabar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berishi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shart</w:t>
      </w:r>
      <w:proofErr w:type="spellEnd"/>
      <w:r w:rsidRPr="00E46FBC">
        <w:rPr>
          <w:sz w:val="28"/>
          <w:szCs w:val="28"/>
          <w:lang w:val="en-US"/>
        </w:rPr>
        <w:t>.</w:t>
      </w:r>
    </w:p>
    <w:p w14:paraId="0E1E002A" w14:textId="384EB075" w:rsidR="006A5BAA" w:rsidRPr="00E46FBC" w:rsidRDefault="006A5BAA" w:rsidP="005D60F3">
      <w:pPr>
        <w:pStyle w:val="aff8"/>
        <w:spacing w:before="0" w:beforeAutospacing="0" w:after="12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E46FBC">
        <w:rPr>
          <w:sz w:val="28"/>
          <w:szCs w:val="28"/>
          <w:lang w:val="en-US"/>
        </w:rPr>
        <w:t>Korrupsiyaga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oid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murojaatlar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Universitet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rektorining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46FBC">
        <w:rPr>
          <w:sz w:val="28"/>
          <w:szCs w:val="28"/>
          <w:lang w:val="en-US"/>
        </w:rPr>
        <w:t>buyrug‘</w:t>
      </w:r>
      <w:proofErr w:type="gramEnd"/>
      <w:r w:rsidRPr="00E46FBC">
        <w:rPr>
          <w:sz w:val="28"/>
          <w:szCs w:val="28"/>
          <w:lang w:val="en-US"/>
        </w:rPr>
        <w:t>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bilan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belgilangan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korrupsiyaga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qarshi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kurashish</w:t>
      </w:r>
      <w:proofErr w:type="spellEnd"/>
      <w:r w:rsidR="00851C38">
        <w:rPr>
          <w:sz w:val="28"/>
          <w:szCs w:val="28"/>
          <w:lang w:val="en-US"/>
        </w:rPr>
        <w:t xml:space="preserve"> “</w:t>
      </w:r>
      <w:proofErr w:type="spellStart"/>
      <w:r w:rsidR="00851C38">
        <w:rPr>
          <w:sz w:val="28"/>
          <w:szCs w:val="28"/>
          <w:lang w:val="en-US"/>
        </w:rPr>
        <w:t>komplayens</w:t>
      </w:r>
      <w:proofErr w:type="spellEnd"/>
      <w:r w:rsidR="007A542E">
        <w:rPr>
          <w:sz w:val="28"/>
          <w:szCs w:val="28"/>
          <w:lang w:val="en-US"/>
        </w:rPr>
        <w:t> - </w:t>
      </w:r>
      <w:proofErr w:type="spellStart"/>
      <w:r w:rsidR="00851C38">
        <w:rPr>
          <w:sz w:val="28"/>
          <w:szCs w:val="28"/>
          <w:lang w:val="en-US"/>
        </w:rPr>
        <w:t>nazorat</w:t>
      </w:r>
      <w:proofErr w:type="spellEnd"/>
      <w:r w:rsidR="00851C38">
        <w:rPr>
          <w:sz w:val="28"/>
          <w:szCs w:val="28"/>
          <w:lang w:val="en-US"/>
        </w:rPr>
        <w:t>”</w:t>
      </w:r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bo‘yicha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mas</w:t>
      </w:r>
      <w:r w:rsidR="00851C38">
        <w:rPr>
          <w:sz w:val="28"/>
          <w:szCs w:val="28"/>
          <w:lang w:val="en-US"/>
        </w:rPr>
        <w:t>’</w:t>
      </w:r>
      <w:r w:rsidRPr="00E46FBC">
        <w:rPr>
          <w:sz w:val="28"/>
          <w:szCs w:val="28"/>
          <w:lang w:val="en-US"/>
        </w:rPr>
        <w:t>ul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shaxs</w:t>
      </w:r>
      <w:r w:rsidR="00D87D64">
        <w:rPr>
          <w:sz w:val="28"/>
          <w:szCs w:val="28"/>
          <w:lang w:val="en-US"/>
        </w:rPr>
        <w:t>ga</w:t>
      </w:r>
      <w:proofErr w:type="spellEnd"/>
      <w:r w:rsidR="00B34EB7">
        <w:rPr>
          <w:sz w:val="28"/>
          <w:szCs w:val="28"/>
          <w:lang w:val="en-US"/>
        </w:rPr>
        <w:t xml:space="preserve"> (</w:t>
      </w:r>
      <w:proofErr w:type="spellStart"/>
      <w:r w:rsidR="00B34EB7">
        <w:rPr>
          <w:sz w:val="28"/>
          <w:szCs w:val="28"/>
          <w:lang w:val="en-US"/>
        </w:rPr>
        <w:t>keyingi</w:t>
      </w:r>
      <w:proofErr w:type="spellEnd"/>
      <w:r w:rsidR="00B34EB7">
        <w:rPr>
          <w:sz w:val="28"/>
          <w:szCs w:val="28"/>
          <w:lang w:val="en-US"/>
        </w:rPr>
        <w:t xml:space="preserve"> </w:t>
      </w:r>
      <w:proofErr w:type="spellStart"/>
      <w:r w:rsidR="00B34EB7">
        <w:rPr>
          <w:sz w:val="28"/>
          <w:szCs w:val="28"/>
          <w:lang w:val="en-US"/>
        </w:rPr>
        <w:t>o‘rinlarda</w:t>
      </w:r>
      <w:proofErr w:type="spellEnd"/>
      <w:r w:rsidR="00B34EB7">
        <w:rPr>
          <w:sz w:val="28"/>
          <w:szCs w:val="28"/>
          <w:lang w:val="en-US"/>
        </w:rPr>
        <w:t> – </w:t>
      </w:r>
      <w:proofErr w:type="spellStart"/>
      <w:r w:rsidR="00B34EB7">
        <w:rPr>
          <w:sz w:val="28"/>
          <w:szCs w:val="28"/>
          <w:lang w:val="en-US"/>
        </w:rPr>
        <w:t>Mas’ul</w:t>
      </w:r>
      <w:proofErr w:type="spellEnd"/>
      <w:r w:rsidR="00B34EB7">
        <w:rPr>
          <w:sz w:val="28"/>
          <w:szCs w:val="28"/>
          <w:lang w:val="en-US"/>
        </w:rPr>
        <w:t xml:space="preserve"> </w:t>
      </w:r>
      <w:proofErr w:type="spellStart"/>
      <w:r w:rsidR="00B34EB7">
        <w:rPr>
          <w:sz w:val="28"/>
          <w:szCs w:val="28"/>
          <w:lang w:val="en-US"/>
        </w:rPr>
        <w:t>shaxs</w:t>
      </w:r>
      <w:proofErr w:type="spellEnd"/>
      <w:r w:rsidR="00B34EB7">
        <w:rPr>
          <w:sz w:val="28"/>
          <w:szCs w:val="28"/>
          <w:lang w:val="en-US"/>
        </w:rPr>
        <w:t>)</w:t>
      </w:r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Universitetning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rasmiy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aloqa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kanallari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orqali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qabul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qilinadi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va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qonunchilik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hamda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ichki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tartiblarga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muvofiq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ko‘rib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chiqiladi</w:t>
      </w:r>
      <w:proofErr w:type="spellEnd"/>
      <w:r w:rsidRPr="00E46FBC">
        <w:rPr>
          <w:sz w:val="28"/>
          <w:szCs w:val="28"/>
          <w:lang w:val="en-US"/>
        </w:rPr>
        <w:t>.</w:t>
      </w:r>
    </w:p>
    <w:p w14:paraId="2FF8FCDD" w14:textId="0C0A8866" w:rsidR="006A5BAA" w:rsidRPr="00E46FBC" w:rsidRDefault="006A5BAA" w:rsidP="005D60F3">
      <w:pPr>
        <w:pStyle w:val="aff8"/>
        <w:spacing w:before="0" w:beforeAutospacing="0" w:after="12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E46FBC">
        <w:rPr>
          <w:sz w:val="28"/>
          <w:szCs w:val="28"/>
          <w:lang w:val="en-US"/>
        </w:rPr>
        <w:lastRenderedPageBreak/>
        <w:t>Korrupsiyaga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oid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huquqbuzarliklar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haqida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vijdonan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xabar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bergan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shaxslarning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huquqlari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va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qonuniy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manfaatlari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himoya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qilinadi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ularning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shaxsiga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doir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ma</w:t>
      </w:r>
      <w:r w:rsidR="00851C38">
        <w:rPr>
          <w:sz w:val="28"/>
          <w:szCs w:val="28"/>
          <w:lang w:val="en-US"/>
        </w:rPr>
        <w:t>’</w:t>
      </w:r>
      <w:r w:rsidRPr="00E46FBC">
        <w:rPr>
          <w:sz w:val="28"/>
          <w:szCs w:val="28"/>
          <w:lang w:val="en-US"/>
        </w:rPr>
        <w:t>lumotlarning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maxfiyligi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</w:t>
      </w:r>
      <w:r w:rsidR="00851C38">
        <w:rPr>
          <w:sz w:val="28"/>
          <w:szCs w:val="28"/>
          <w:lang w:val="en-US"/>
        </w:rPr>
        <w:t>’</w:t>
      </w:r>
      <w:r w:rsidRPr="00E46FBC">
        <w:rPr>
          <w:sz w:val="28"/>
          <w:szCs w:val="28"/>
          <w:lang w:val="en-US"/>
        </w:rPr>
        <w:t>minlanadi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hamda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ularga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nisbatan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</w:t>
      </w:r>
      <w:r w:rsidR="00851C38">
        <w:rPr>
          <w:sz w:val="28"/>
          <w:szCs w:val="28"/>
          <w:lang w:val="en-US"/>
        </w:rPr>
        <w:t>’</w:t>
      </w:r>
      <w:r w:rsidRPr="00E46FBC">
        <w:rPr>
          <w:sz w:val="28"/>
          <w:szCs w:val="28"/>
          <w:lang w:val="en-US"/>
        </w:rPr>
        <w:t>qib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qilish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tazyiq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46FBC">
        <w:rPr>
          <w:sz w:val="28"/>
          <w:szCs w:val="28"/>
          <w:lang w:val="en-US"/>
        </w:rPr>
        <w:t>o‘</w:t>
      </w:r>
      <w:proofErr w:type="gramEnd"/>
      <w:r w:rsidRPr="00E46FBC">
        <w:rPr>
          <w:sz w:val="28"/>
          <w:szCs w:val="28"/>
          <w:lang w:val="en-US"/>
        </w:rPr>
        <w:t>tkazish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kamsitish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yoki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boshqa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salbiy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</w:t>
      </w:r>
      <w:r w:rsidR="00851C38">
        <w:rPr>
          <w:sz w:val="28"/>
          <w:szCs w:val="28"/>
          <w:lang w:val="en-US"/>
        </w:rPr>
        <w:t>’</w:t>
      </w:r>
      <w:r w:rsidRPr="00E46FBC">
        <w:rPr>
          <w:sz w:val="28"/>
          <w:szCs w:val="28"/>
          <w:lang w:val="en-US"/>
        </w:rPr>
        <w:t>sir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choralarini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qo‘llashga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yo‘l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qo‘yilmaydi</w:t>
      </w:r>
      <w:proofErr w:type="spellEnd"/>
      <w:r w:rsidRPr="00E46FBC">
        <w:rPr>
          <w:sz w:val="28"/>
          <w:szCs w:val="28"/>
          <w:lang w:val="en-US"/>
        </w:rPr>
        <w:t>.</w:t>
      </w:r>
    </w:p>
    <w:p w14:paraId="7E096733" w14:textId="4C8F5E96" w:rsidR="006A5BAA" w:rsidRPr="00E46FBC" w:rsidRDefault="006A5BAA" w:rsidP="005D60F3">
      <w:pPr>
        <w:pStyle w:val="aff8"/>
        <w:spacing w:before="0" w:beforeAutospacing="0" w:after="12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E46FBC">
        <w:rPr>
          <w:sz w:val="28"/>
          <w:szCs w:val="28"/>
          <w:lang w:val="en-US"/>
        </w:rPr>
        <w:t>Universitetda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korrupsiyaga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qarshi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kurashish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46FBC">
        <w:rPr>
          <w:sz w:val="28"/>
          <w:szCs w:val="28"/>
          <w:lang w:val="en-US"/>
        </w:rPr>
        <w:t>bo‘</w:t>
      </w:r>
      <w:proofErr w:type="gramEnd"/>
      <w:r w:rsidRPr="00E46FBC">
        <w:rPr>
          <w:sz w:val="28"/>
          <w:szCs w:val="28"/>
          <w:lang w:val="en-US"/>
        </w:rPr>
        <w:t>yicha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profilaktika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tadbirlari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korrupsion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xavflarni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baholash</w:t>
      </w:r>
      <w:proofErr w:type="spellEnd"/>
      <w:r w:rsidRPr="00E46FBC">
        <w:rPr>
          <w:sz w:val="28"/>
          <w:szCs w:val="28"/>
          <w:lang w:val="en-US"/>
        </w:rPr>
        <w:t xml:space="preserve">, </w:t>
      </w:r>
      <w:proofErr w:type="spellStart"/>
      <w:r w:rsidRPr="00E46FBC">
        <w:rPr>
          <w:sz w:val="28"/>
          <w:szCs w:val="28"/>
          <w:lang w:val="en-US"/>
        </w:rPr>
        <w:t>ichki</w:t>
      </w:r>
      <w:proofErr w:type="spellEnd"/>
      <w:r w:rsidRPr="00E46FBC">
        <w:rPr>
          <w:sz w:val="28"/>
          <w:szCs w:val="28"/>
          <w:lang w:val="en-US"/>
        </w:rPr>
        <w:t xml:space="preserve"> monitoring, </w:t>
      </w:r>
      <w:proofErr w:type="spellStart"/>
      <w:r w:rsidRPr="00E46FBC">
        <w:rPr>
          <w:sz w:val="28"/>
          <w:szCs w:val="28"/>
          <w:lang w:val="en-US"/>
        </w:rPr>
        <w:t>xizmat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tekshiruvlari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hamda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xodimlarning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huquqiy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ongi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va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huquqiy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madaniyatini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yuksaltirishga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qaratilgan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targ‘ibot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ishlari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muntazam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ravishda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amalga</w:t>
      </w:r>
      <w:proofErr w:type="spellEnd"/>
      <w:r w:rsidRPr="00E46FBC">
        <w:rPr>
          <w:sz w:val="28"/>
          <w:szCs w:val="28"/>
          <w:lang w:val="en-US"/>
        </w:rPr>
        <w:t xml:space="preserve"> </w:t>
      </w:r>
      <w:proofErr w:type="spellStart"/>
      <w:r w:rsidRPr="00E46FBC">
        <w:rPr>
          <w:sz w:val="28"/>
          <w:szCs w:val="28"/>
          <w:lang w:val="en-US"/>
        </w:rPr>
        <w:t>oshiriladi</w:t>
      </w:r>
      <w:proofErr w:type="spellEnd"/>
      <w:r w:rsidRPr="00E46FBC">
        <w:rPr>
          <w:sz w:val="28"/>
          <w:szCs w:val="28"/>
          <w:lang w:val="en-US"/>
        </w:rPr>
        <w:t>.</w:t>
      </w:r>
    </w:p>
    <w:p w14:paraId="58EF5FFD" w14:textId="3203DE0A" w:rsidR="006A5BAA" w:rsidRDefault="00E46FBC" w:rsidP="00231220">
      <w:pPr>
        <w:pStyle w:val="ae"/>
        <w:tabs>
          <w:tab w:val="left" w:pos="1134"/>
        </w:tabs>
        <w:spacing w:after="120" w:line="240" w:lineRule="auto"/>
        <w:ind w:left="0"/>
        <w:contextualSpacing w:val="0"/>
        <w:jc w:val="center"/>
        <w:rPr>
          <w:b/>
          <w:bCs/>
        </w:rPr>
      </w:pPr>
      <w:r w:rsidRPr="00E46FBC">
        <w:rPr>
          <w:b/>
          <w:bCs/>
        </w:rPr>
        <w:t xml:space="preserve">4-bob. </w:t>
      </w:r>
      <w:proofErr w:type="spellStart"/>
      <w:r w:rsidRPr="00E46FBC">
        <w:rPr>
          <w:b/>
          <w:bCs/>
        </w:rPr>
        <w:t>Universitet</w:t>
      </w:r>
      <w:proofErr w:type="spellEnd"/>
      <w:r w:rsidRPr="00E46FBC">
        <w:rPr>
          <w:b/>
          <w:bCs/>
        </w:rPr>
        <w:t xml:space="preserve"> </w:t>
      </w:r>
      <w:proofErr w:type="spellStart"/>
      <w:r w:rsidR="00A2011C">
        <w:rPr>
          <w:b/>
          <w:bCs/>
        </w:rPr>
        <w:t>rahbarlari</w:t>
      </w:r>
      <w:proofErr w:type="spellEnd"/>
      <w:r w:rsidR="00A2011C">
        <w:rPr>
          <w:b/>
          <w:bCs/>
        </w:rPr>
        <w:t xml:space="preserve"> </w:t>
      </w:r>
      <w:proofErr w:type="spellStart"/>
      <w:r w:rsidR="00A2011C">
        <w:rPr>
          <w:b/>
          <w:bCs/>
        </w:rPr>
        <w:t>va</w:t>
      </w:r>
      <w:proofErr w:type="spellEnd"/>
      <w:r w:rsidR="00A2011C">
        <w:rPr>
          <w:b/>
          <w:bCs/>
        </w:rPr>
        <w:t xml:space="preserve"> </w:t>
      </w:r>
      <w:proofErr w:type="spellStart"/>
      <w:r w:rsidRPr="00E46FBC">
        <w:rPr>
          <w:b/>
          <w:bCs/>
        </w:rPr>
        <w:t>xodimlarining</w:t>
      </w:r>
      <w:proofErr w:type="spellEnd"/>
      <w:r w:rsidRPr="00E46FBC">
        <w:rPr>
          <w:b/>
          <w:bCs/>
        </w:rPr>
        <w:t xml:space="preserve"> </w:t>
      </w:r>
      <w:proofErr w:type="spellStart"/>
      <w:r w:rsidRPr="00E46FBC">
        <w:rPr>
          <w:b/>
          <w:bCs/>
        </w:rPr>
        <w:t>korrupsiyaga</w:t>
      </w:r>
      <w:proofErr w:type="spellEnd"/>
      <w:r w:rsidRPr="00E46FBC">
        <w:rPr>
          <w:b/>
          <w:bCs/>
        </w:rPr>
        <w:t xml:space="preserve"> </w:t>
      </w:r>
      <w:proofErr w:type="spellStart"/>
      <w:r w:rsidRPr="00E46FBC">
        <w:rPr>
          <w:b/>
          <w:bCs/>
        </w:rPr>
        <w:t>qarshi</w:t>
      </w:r>
      <w:proofErr w:type="spellEnd"/>
      <w:r w:rsidRPr="00E46FBC">
        <w:rPr>
          <w:b/>
          <w:bCs/>
        </w:rPr>
        <w:t xml:space="preserve"> </w:t>
      </w:r>
      <w:proofErr w:type="spellStart"/>
      <w:r w:rsidRPr="00E46FBC">
        <w:rPr>
          <w:b/>
          <w:bCs/>
        </w:rPr>
        <w:t>kurashish</w:t>
      </w:r>
      <w:proofErr w:type="spellEnd"/>
      <w:r w:rsidRPr="00E46FBC">
        <w:rPr>
          <w:b/>
          <w:bCs/>
        </w:rPr>
        <w:t xml:space="preserve"> </w:t>
      </w:r>
      <w:proofErr w:type="spellStart"/>
      <w:r w:rsidRPr="00E46FBC">
        <w:rPr>
          <w:b/>
          <w:bCs/>
        </w:rPr>
        <w:t>sohasidagi</w:t>
      </w:r>
      <w:proofErr w:type="spellEnd"/>
      <w:r w:rsidRPr="00E46FBC">
        <w:rPr>
          <w:b/>
          <w:bCs/>
        </w:rPr>
        <w:t xml:space="preserve"> </w:t>
      </w:r>
      <w:proofErr w:type="spellStart"/>
      <w:r w:rsidRPr="00E46FBC">
        <w:rPr>
          <w:b/>
          <w:bCs/>
        </w:rPr>
        <w:t>asosiy</w:t>
      </w:r>
      <w:proofErr w:type="spellEnd"/>
      <w:r w:rsidRPr="00E46FBC">
        <w:rPr>
          <w:b/>
          <w:bCs/>
        </w:rPr>
        <w:t xml:space="preserve"> </w:t>
      </w:r>
      <w:proofErr w:type="spellStart"/>
      <w:r w:rsidR="00A2011C">
        <w:rPr>
          <w:b/>
          <w:bCs/>
        </w:rPr>
        <w:t>vazifalari</w:t>
      </w:r>
      <w:proofErr w:type="spellEnd"/>
    </w:p>
    <w:p w14:paraId="0144A2A2" w14:textId="63BCEDC5" w:rsidR="00A2011C" w:rsidRDefault="00A2011C" w:rsidP="00231220">
      <w:pPr>
        <w:pStyle w:val="ae"/>
        <w:numPr>
          <w:ilvl w:val="0"/>
          <w:numId w:val="10"/>
        </w:numPr>
        <w:tabs>
          <w:tab w:val="left" w:pos="709"/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 w:rsidRPr="00A2011C">
        <w:t>Universitet</w:t>
      </w:r>
      <w:proofErr w:type="spellEnd"/>
      <w:r w:rsidRPr="00A2011C">
        <w:t xml:space="preserve"> </w:t>
      </w:r>
      <w:proofErr w:type="spellStart"/>
      <w:r w:rsidRPr="00A2011C">
        <w:t>rektori</w:t>
      </w:r>
      <w:proofErr w:type="spellEnd"/>
      <w:r w:rsidRPr="00A2011C">
        <w:t xml:space="preserve"> </w:t>
      </w:r>
      <w:proofErr w:type="spellStart"/>
      <w:r w:rsidRPr="00A2011C">
        <w:t>va</w:t>
      </w:r>
      <w:proofErr w:type="spellEnd"/>
      <w:r w:rsidRPr="00A2011C">
        <w:t xml:space="preserve"> </w:t>
      </w:r>
      <w:proofErr w:type="spellStart"/>
      <w:r w:rsidRPr="00A2011C">
        <w:t>tarkibiy</w:t>
      </w:r>
      <w:proofErr w:type="spellEnd"/>
      <w:r w:rsidRPr="00A2011C">
        <w:t xml:space="preserve"> </w:t>
      </w:r>
      <w:proofErr w:type="spellStart"/>
      <w:proofErr w:type="gramStart"/>
      <w:r w:rsidRPr="00A2011C">
        <w:t>bo‘</w:t>
      </w:r>
      <w:proofErr w:type="gramEnd"/>
      <w:r w:rsidRPr="00A2011C">
        <w:t>linmalar</w:t>
      </w:r>
      <w:proofErr w:type="spellEnd"/>
      <w:r w:rsidRPr="00A2011C">
        <w:t xml:space="preserve"> </w:t>
      </w:r>
      <w:proofErr w:type="spellStart"/>
      <w:r w:rsidRPr="00A2011C">
        <w:t>rahbarlari</w:t>
      </w:r>
      <w:proofErr w:type="spellEnd"/>
      <w:r w:rsidRPr="00A2011C">
        <w:t xml:space="preserve"> </w:t>
      </w:r>
      <w:proofErr w:type="spellStart"/>
      <w:r w:rsidRPr="00A2011C">
        <w:t>o‘z</w:t>
      </w:r>
      <w:proofErr w:type="spellEnd"/>
      <w:r w:rsidRPr="00A2011C">
        <w:t xml:space="preserve"> </w:t>
      </w:r>
      <w:proofErr w:type="spellStart"/>
      <w:r w:rsidRPr="00A2011C">
        <w:t>vakolatlari</w:t>
      </w:r>
      <w:proofErr w:type="spellEnd"/>
      <w:r w:rsidRPr="00A2011C">
        <w:t xml:space="preserve"> </w:t>
      </w:r>
      <w:proofErr w:type="spellStart"/>
      <w:r w:rsidRPr="00A2011C">
        <w:t>doirasida</w:t>
      </w:r>
      <w:proofErr w:type="spellEnd"/>
      <w:r>
        <w:t>:</w:t>
      </w:r>
    </w:p>
    <w:p w14:paraId="109388AC" w14:textId="1ACA168E" w:rsidR="00E46FBC" w:rsidRDefault="00E46FBC" w:rsidP="005D60F3">
      <w:pPr>
        <w:pStyle w:val="ae"/>
        <w:spacing w:after="120" w:line="240" w:lineRule="auto"/>
        <w:ind w:left="0" w:firstLine="709"/>
        <w:contextualSpacing w:val="0"/>
        <w:jc w:val="both"/>
      </w:pPr>
      <w:proofErr w:type="spellStart"/>
      <w:proofErr w:type="gramStart"/>
      <w:r w:rsidRPr="00E46FBC">
        <w:t>O‘</w:t>
      </w:r>
      <w:proofErr w:type="gramEnd"/>
      <w:r w:rsidRPr="00E46FBC">
        <w:t>zbekiston</w:t>
      </w:r>
      <w:proofErr w:type="spellEnd"/>
      <w:r w:rsidRPr="00E46FBC">
        <w:t xml:space="preserve"> </w:t>
      </w:r>
      <w:proofErr w:type="spellStart"/>
      <w:r w:rsidRPr="00E46FBC">
        <w:t>Respublikasi</w:t>
      </w:r>
      <w:proofErr w:type="spellEnd"/>
      <w:r w:rsidRPr="00E46FBC">
        <w:t xml:space="preserve"> </w:t>
      </w:r>
      <w:proofErr w:type="spellStart"/>
      <w:r w:rsidRPr="00E46FBC">
        <w:t>qonunchiligi</w:t>
      </w:r>
      <w:proofErr w:type="spellEnd"/>
      <w:r w:rsidRPr="00E46FBC">
        <w:t xml:space="preserve">, </w:t>
      </w:r>
      <w:proofErr w:type="spellStart"/>
      <w:r w:rsidRPr="00E46FBC">
        <w:t>Universitetning</w:t>
      </w:r>
      <w:proofErr w:type="spellEnd"/>
      <w:r w:rsidRPr="00E46FBC">
        <w:t xml:space="preserve"> </w:t>
      </w:r>
      <w:proofErr w:type="spellStart"/>
      <w:r w:rsidRPr="00E46FBC">
        <w:t>ichki</w:t>
      </w:r>
      <w:proofErr w:type="spellEnd"/>
      <w:r w:rsidRPr="00E46FBC">
        <w:t xml:space="preserve"> </w:t>
      </w:r>
      <w:proofErr w:type="spellStart"/>
      <w:r w:rsidRPr="00E46FBC">
        <w:t>normativ</w:t>
      </w:r>
      <w:proofErr w:type="spellEnd"/>
      <w:r w:rsidRPr="00E46FBC">
        <w:t xml:space="preserve"> </w:t>
      </w:r>
      <w:proofErr w:type="spellStart"/>
      <w:r w:rsidRPr="00E46FBC">
        <w:t>hujjatlari</w:t>
      </w:r>
      <w:proofErr w:type="spellEnd"/>
      <w:r w:rsidRPr="00E46FBC">
        <w:t xml:space="preserve"> </w:t>
      </w:r>
      <w:proofErr w:type="spellStart"/>
      <w:r w:rsidRPr="00E46FBC">
        <w:t>hamda</w:t>
      </w:r>
      <w:proofErr w:type="spellEnd"/>
      <w:r w:rsidRPr="00E46FBC">
        <w:t xml:space="preserve"> </w:t>
      </w:r>
      <w:proofErr w:type="spellStart"/>
      <w:r w:rsidRPr="00E46FBC">
        <w:t>mazkur</w:t>
      </w:r>
      <w:proofErr w:type="spellEnd"/>
      <w:r w:rsidRPr="00E46FBC">
        <w:t xml:space="preserve"> </w:t>
      </w:r>
      <w:proofErr w:type="spellStart"/>
      <w:r w:rsidRPr="00E46FBC">
        <w:t>Qoidalar</w:t>
      </w:r>
      <w:proofErr w:type="spellEnd"/>
      <w:r w:rsidRPr="00E46FBC">
        <w:t xml:space="preserve"> </w:t>
      </w:r>
      <w:proofErr w:type="spellStart"/>
      <w:r w:rsidRPr="00E46FBC">
        <w:t>talablariga</w:t>
      </w:r>
      <w:proofErr w:type="spellEnd"/>
      <w:r w:rsidRPr="00E46FBC">
        <w:t xml:space="preserve"> </w:t>
      </w:r>
      <w:proofErr w:type="spellStart"/>
      <w:r w:rsidRPr="00E46FBC">
        <w:t>qat</w:t>
      </w:r>
      <w:r w:rsidR="00851C38">
        <w:t>’</w:t>
      </w:r>
      <w:r w:rsidRPr="00E46FBC">
        <w:t>iy</w:t>
      </w:r>
      <w:proofErr w:type="spellEnd"/>
      <w:r w:rsidRPr="00E46FBC">
        <w:t xml:space="preserve"> </w:t>
      </w:r>
      <w:proofErr w:type="spellStart"/>
      <w:r w:rsidRPr="00E46FBC">
        <w:t>rioya</w:t>
      </w:r>
      <w:proofErr w:type="spellEnd"/>
      <w:r w:rsidRPr="00E46FBC">
        <w:t xml:space="preserve"> </w:t>
      </w:r>
      <w:proofErr w:type="spellStart"/>
      <w:r w:rsidRPr="00E46FBC">
        <w:t>etish</w:t>
      </w:r>
      <w:proofErr w:type="spellEnd"/>
      <w:r w:rsidR="00851C38">
        <w:t>;</w:t>
      </w:r>
    </w:p>
    <w:p w14:paraId="72B968D9" w14:textId="53C0959A" w:rsidR="00A2011C" w:rsidRPr="00A2011C" w:rsidRDefault="00A2011C" w:rsidP="005D60F3">
      <w:pPr>
        <w:pStyle w:val="ae"/>
        <w:spacing w:after="120" w:line="240" w:lineRule="auto"/>
        <w:ind w:left="0" w:firstLine="709"/>
        <w:contextualSpacing w:val="0"/>
        <w:jc w:val="both"/>
      </w:pPr>
      <w:proofErr w:type="spellStart"/>
      <w:r w:rsidRPr="00A2011C">
        <w:t>korrupsiyaga</w:t>
      </w:r>
      <w:proofErr w:type="spellEnd"/>
      <w:r w:rsidRPr="00A2011C">
        <w:t xml:space="preserve"> </w:t>
      </w:r>
      <w:proofErr w:type="spellStart"/>
      <w:r w:rsidRPr="00A2011C">
        <w:t>oid</w:t>
      </w:r>
      <w:proofErr w:type="spellEnd"/>
      <w:r w:rsidRPr="00A2011C">
        <w:t xml:space="preserve"> </w:t>
      </w:r>
      <w:proofErr w:type="spellStart"/>
      <w:r w:rsidRPr="00A2011C">
        <w:t>xavf-xatarlarni</w:t>
      </w:r>
      <w:proofErr w:type="spellEnd"/>
      <w:r w:rsidRPr="00A2011C">
        <w:t xml:space="preserve"> </w:t>
      </w:r>
      <w:proofErr w:type="spellStart"/>
      <w:r w:rsidRPr="00A2011C">
        <w:t>aniqlash</w:t>
      </w:r>
      <w:proofErr w:type="spellEnd"/>
      <w:r w:rsidRPr="00A2011C">
        <w:t xml:space="preserve"> </w:t>
      </w:r>
      <w:proofErr w:type="spellStart"/>
      <w:r w:rsidRPr="00A2011C">
        <w:t>va</w:t>
      </w:r>
      <w:proofErr w:type="spellEnd"/>
      <w:r w:rsidRPr="00A2011C">
        <w:t xml:space="preserve"> </w:t>
      </w:r>
      <w:proofErr w:type="spellStart"/>
      <w:r w:rsidRPr="00A2011C">
        <w:t>kamaytirish</w:t>
      </w:r>
      <w:proofErr w:type="spellEnd"/>
      <w:r w:rsidRPr="00A2011C">
        <w:t xml:space="preserve"> </w:t>
      </w:r>
      <w:proofErr w:type="spellStart"/>
      <w:r w:rsidRPr="00A2011C">
        <w:t>choralarining</w:t>
      </w:r>
      <w:proofErr w:type="spellEnd"/>
      <w:r w:rsidRPr="00A2011C">
        <w:t xml:space="preserve"> </w:t>
      </w:r>
      <w:proofErr w:type="spellStart"/>
      <w:r w:rsidRPr="00A2011C">
        <w:t>amalga</w:t>
      </w:r>
      <w:proofErr w:type="spellEnd"/>
      <w:r w:rsidRPr="00A2011C">
        <w:t xml:space="preserve"> </w:t>
      </w:r>
      <w:proofErr w:type="spellStart"/>
      <w:r w:rsidRPr="00A2011C">
        <w:t>oshirilishini</w:t>
      </w:r>
      <w:proofErr w:type="spellEnd"/>
      <w:r w:rsidRPr="00A2011C">
        <w:t xml:space="preserve"> </w:t>
      </w:r>
      <w:proofErr w:type="spellStart"/>
      <w:r w:rsidRPr="00A2011C">
        <w:t>ta’minl</w:t>
      </w:r>
      <w:r>
        <w:t>ash</w:t>
      </w:r>
      <w:proofErr w:type="spellEnd"/>
      <w:r>
        <w:t>;</w:t>
      </w:r>
    </w:p>
    <w:p w14:paraId="4DF83FD9" w14:textId="7C57062B" w:rsidR="00A2011C" w:rsidRPr="00A2011C" w:rsidRDefault="00A2011C" w:rsidP="005D60F3">
      <w:pPr>
        <w:pStyle w:val="ae"/>
        <w:spacing w:after="120" w:line="240" w:lineRule="auto"/>
        <w:ind w:left="0" w:firstLine="709"/>
        <w:contextualSpacing w:val="0"/>
        <w:jc w:val="both"/>
      </w:pPr>
      <w:proofErr w:type="spellStart"/>
      <w:r w:rsidRPr="00A2011C">
        <w:t>xodimlarning</w:t>
      </w:r>
      <w:proofErr w:type="spellEnd"/>
      <w:r w:rsidRPr="00A2011C">
        <w:t xml:space="preserve"> </w:t>
      </w:r>
      <w:proofErr w:type="spellStart"/>
      <w:r w:rsidRPr="00A2011C">
        <w:t>Qoidalar</w:t>
      </w:r>
      <w:proofErr w:type="spellEnd"/>
      <w:r w:rsidRPr="00A2011C">
        <w:t xml:space="preserve"> </w:t>
      </w:r>
      <w:proofErr w:type="spellStart"/>
      <w:r w:rsidRPr="00A2011C">
        <w:t>bilan</w:t>
      </w:r>
      <w:proofErr w:type="spellEnd"/>
      <w:r w:rsidRPr="00A2011C">
        <w:t xml:space="preserve"> </w:t>
      </w:r>
      <w:proofErr w:type="spellStart"/>
      <w:r w:rsidRPr="00A2011C">
        <w:t>tanishtirilishi</w:t>
      </w:r>
      <w:proofErr w:type="spellEnd"/>
      <w:r w:rsidRPr="00A2011C">
        <w:t xml:space="preserve"> </w:t>
      </w:r>
      <w:proofErr w:type="spellStart"/>
      <w:r w:rsidRPr="00A2011C">
        <w:t>va</w:t>
      </w:r>
      <w:proofErr w:type="spellEnd"/>
      <w:r w:rsidRPr="00A2011C">
        <w:t xml:space="preserve"> </w:t>
      </w:r>
      <w:proofErr w:type="spellStart"/>
      <w:r w:rsidRPr="00A2011C">
        <w:t>ularga</w:t>
      </w:r>
      <w:proofErr w:type="spellEnd"/>
      <w:r w:rsidRPr="00A2011C">
        <w:t xml:space="preserve"> </w:t>
      </w:r>
      <w:proofErr w:type="spellStart"/>
      <w:r w:rsidRPr="00A2011C">
        <w:t>rioya</w:t>
      </w:r>
      <w:proofErr w:type="spellEnd"/>
      <w:r w:rsidRPr="00A2011C">
        <w:t xml:space="preserve"> </w:t>
      </w:r>
      <w:proofErr w:type="spellStart"/>
      <w:r w:rsidRPr="00A2011C">
        <w:t>etilishi</w:t>
      </w:r>
      <w:proofErr w:type="spellEnd"/>
      <w:r w:rsidRPr="00A2011C">
        <w:t xml:space="preserve"> </w:t>
      </w:r>
      <w:proofErr w:type="spellStart"/>
      <w:r w:rsidRPr="00A2011C">
        <w:t>uchun</w:t>
      </w:r>
      <w:proofErr w:type="spellEnd"/>
      <w:r w:rsidRPr="00A2011C">
        <w:t xml:space="preserve"> </w:t>
      </w:r>
      <w:proofErr w:type="spellStart"/>
      <w:r w:rsidRPr="00A2011C">
        <w:t>zarur</w:t>
      </w:r>
      <w:proofErr w:type="spellEnd"/>
      <w:r w:rsidRPr="00A2011C">
        <w:t xml:space="preserve"> </w:t>
      </w:r>
      <w:proofErr w:type="spellStart"/>
      <w:r w:rsidRPr="00A2011C">
        <w:t>tashkiliy</w:t>
      </w:r>
      <w:proofErr w:type="spellEnd"/>
      <w:r w:rsidRPr="00A2011C">
        <w:t xml:space="preserve"> </w:t>
      </w:r>
      <w:proofErr w:type="spellStart"/>
      <w:r w:rsidRPr="00A2011C">
        <w:t>sharoit</w:t>
      </w:r>
      <w:proofErr w:type="spellEnd"/>
      <w:r w:rsidRPr="00A2011C">
        <w:t xml:space="preserve"> </w:t>
      </w:r>
      <w:proofErr w:type="spellStart"/>
      <w:r w:rsidRPr="00A2011C">
        <w:t>yarat</w:t>
      </w:r>
      <w:r>
        <w:t>ish</w:t>
      </w:r>
      <w:proofErr w:type="spellEnd"/>
      <w:r>
        <w:t>;</w:t>
      </w:r>
    </w:p>
    <w:p w14:paraId="47B63AC7" w14:textId="120FE03A" w:rsidR="00A2011C" w:rsidRPr="00A2011C" w:rsidRDefault="00A2011C" w:rsidP="005D60F3">
      <w:pPr>
        <w:pStyle w:val="ae"/>
        <w:spacing w:after="120" w:line="240" w:lineRule="auto"/>
        <w:ind w:left="0" w:firstLine="709"/>
        <w:contextualSpacing w:val="0"/>
        <w:jc w:val="both"/>
      </w:pPr>
      <w:proofErr w:type="spellStart"/>
      <w:r w:rsidRPr="00A2011C">
        <w:t>manfaatlar</w:t>
      </w:r>
      <w:proofErr w:type="spellEnd"/>
      <w:r w:rsidRPr="00A2011C">
        <w:t xml:space="preserve"> </w:t>
      </w:r>
      <w:proofErr w:type="spellStart"/>
      <w:proofErr w:type="gramStart"/>
      <w:r w:rsidRPr="00A2011C">
        <w:t>to‘</w:t>
      </w:r>
      <w:proofErr w:type="gramEnd"/>
      <w:r w:rsidRPr="00A2011C">
        <w:t>qnashuvi</w:t>
      </w:r>
      <w:proofErr w:type="spellEnd"/>
      <w:r w:rsidRPr="00A2011C">
        <w:t xml:space="preserve"> </w:t>
      </w:r>
      <w:proofErr w:type="spellStart"/>
      <w:r w:rsidRPr="00A2011C">
        <w:t>yuzaga</w:t>
      </w:r>
      <w:proofErr w:type="spellEnd"/>
      <w:r w:rsidRPr="00A2011C">
        <w:t xml:space="preserve"> </w:t>
      </w:r>
      <w:proofErr w:type="spellStart"/>
      <w:r w:rsidRPr="00A2011C">
        <w:t>kelgan</w:t>
      </w:r>
      <w:proofErr w:type="spellEnd"/>
      <w:r w:rsidRPr="00A2011C">
        <w:t xml:space="preserve"> </w:t>
      </w:r>
      <w:proofErr w:type="spellStart"/>
      <w:r w:rsidRPr="00A2011C">
        <w:t>hollarda</w:t>
      </w:r>
      <w:proofErr w:type="spellEnd"/>
      <w:r w:rsidRPr="00A2011C">
        <w:t xml:space="preserve"> </w:t>
      </w:r>
      <w:proofErr w:type="spellStart"/>
      <w:r w:rsidRPr="00A2011C">
        <w:t>xodimni</w:t>
      </w:r>
      <w:proofErr w:type="spellEnd"/>
      <w:r w:rsidRPr="00A2011C">
        <w:t xml:space="preserve"> </w:t>
      </w:r>
      <w:proofErr w:type="spellStart"/>
      <w:r w:rsidRPr="00A2011C">
        <w:t>tegishli</w:t>
      </w:r>
      <w:proofErr w:type="spellEnd"/>
      <w:r w:rsidRPr="00A2011C">
        <w:t xml:space="preserve"> </w:t>
      </w:r>
      <w:proofErr w:type="spellStart"/>
      <w:r w:rsidRPr="00A2011C">
        <w:t>qaror</w:t>
      </w:r>
      <w:proofErr w:type="spellEnd"/>
      <w:r w:rsidRPr="00A2011C">
        <w:t xml:space="preserve"> </w:t>
      </w:r>
      <w:proofErr w:type="spellStart"/>
      <w:r w:rsidRPr="00A2011C">
        <w:t>qabul</w:t>
      </w:r>
      <w:proofErr w:type="spellEnd"/>
      <w:r w:rsidRPr="00A2011C">
        <w:t xml:space="preserve"> </w:t>
      </w:r>
      <w:proofErr w:type="spellStart"/>
      <w:r w:rsidRPr="00A2011C">
        <w:t>qilishdan</w:t>
      </w:r>
      <w:proofErr w:type="spellEnd"/>
      <w:r w:rsidRPr="00A2011C">
        <w:t xml:space="preserve"> </w:t>
      </w:r>
      <w:proofErr w:type="spellStart"/>
      <w:r w:rsidRPr="00A2011C">
        <w:t>yoki</w:t>
      </w:r>
      <w:proofErr w:type="spellEnd"/>
      <w:r w:rsidRPr="00A2011C">
        <w:t xml:space="preserve"> </w:t>
      </w:r>
      <w:proofErr w:type="spellStart"/>
      <w:r w:rsidRPr="00A2011C">
        <w:t>jarayonda</w:t>
      </w:r>
      <w:proofErr w:type="spellEnd"/>
      <w:r w:rsidRPr="00A2011C">
        <w:t xml:space="preserve"> </w:t>
      </w:r>
      <w:proofErr w:type="spellStart"/>
      <w:r w:rsidRPr="00A2011C">
        <w:t>ishtirok</w:t>
      </w:r>
      <w:proofErr w:type="spellEnd"/>
      <w:r w:rsidRPr="00A2011C">
        <w:t xml:space="preserve"> </w:t>
      </w:r>
      <w:proofErr w:type="spellStart"/>
      <w:r w:rsidRPr="00A2011C">
        <w:t>etishdan</w:t>
      </w:r>
      <w:proofErr w:type="spellEnd"/>
      <w:r w:rsidRPr="00A2011C">
        <w:t xml:space="preserve"> </w:t>
      </w:r>
      <w:proofErr w:type="spellStart"/>
      <w:r w:rsidRPr="00A2011C">
        <w:t>chetlashtirish</w:t>
      </w:r>
      <w:proofErr w:type="spellEnd"/>
      <w:r w:rsidRPr="00A2011C">
        <w:t xml:space="preserve"> </w:t>
      </w:r>
      <w:proofErr w:type="spellStart"/>
      <w:r w:rsidRPr="00A2011C">
        <w:t>choralarini</w:t>
      </w:r>
      <w:proofErr w:type="spellEnd"/>
      <w:r w:rsidRPr="00A2011C">
        <w:t xml:space="preserve"> </w:t>
      </w:r>
      <w:proofErr w:type="spellStart"/>
      <w:r w:rsidRPr="00A2011C">
        <w:t>ko‘r</w:t>
      </w:r>
      <w:r>
        <w:t>ish</w:t>
      </w:r>
      <w:proofErr w:type="spellEnd"/>
      <w:r>
        <w:t>;</w:t>
      </w:r>
    </w:p>
    <w:p w14:paraId="34F9C10E" w14:textId="2853288A" w:rsidR="00A2011C" w:rsidRDefault="00A2011C" w:rsidP="005D60F3">
      <w:pPr>
        <w:pStyle w:val="ae"/>
        <w:spacing w:after="120" w:line="240" w:lineRule="auto"/>
        <w:ind w:left="0" w:firstLine="709"/>
        <w:contextualSpacing w:val="0"/>
        <w:jc w:val="both"/>
      </w:pPr>
      <w:proofErr w:type="spellStart"/>
      <w:r w:rsidRPr="00A2011C">
        <w:t>Mas’ul</w:t>
      </w:r>
      <w:proofErr w:type="spellEnd"/>
      <w:r w:rsidRPr="00A2011C">
        <w:t xml:space="preserve"> </w:t>
      </w:r>
      <w:proofErr w:type="spellStart"/>
      <w:r>
        <w:t>shaxsning</w:t>
      </w:r>
      <w:proofErr w:type="spellEnd"/>
      <w:r w:rsidRPr="00A2011C">
        <w:t xml:space="preserve"> </w:t>
      </w:r>
      <w:proofErr w:type="spellStart"/>
      <w:r w:rsidRPr="00A2011C">
        <w:t>qonuniy</w:t>
      </w:r>
      <w:proofErr w:type="spellEnd"/>
      <w:r w:rsidRPr="00A2011C">
        <w:t xml:space="preserve"> </w:t>
      </w:r>
      <w:proofErr w:type="spellStart"/>
      <w:r w:rsidRPr="00A2011C">
        <w:t>faoliyatiga</w:t>
      </w:r>
      <w:proofErr w:type="spellEnd"/>
      <w:r w:rsidRPr="00A2011C">
        <w:t xml:space="preserve"> </w:t>
      </w:r>
      <w:proofErr w:type="spellStart"/>
      <w:r w:rsidRPr="00A2011C">
        <w:t>aralashmaslik</w:t>
      </w:r>
      <w:proofErr w:type="spellEnd"/>
      <w:r w:rsidRPr="00A2011C">
        <w:t xml:space="preserve">, </w:t>
      </w:r>
      <w:proofErr w:type="spellStart"/>
      <w:r w:rsidRPr="00A2011C">
        <w:t>unga</w:t>
      </w:r>
      <w:proofErr w:type="spellEnd"/>
      <w:r w:rsidRPr="00A2011C">
        <w:t xml:space="preserve"> </w:t>
      </w:r>
      <w:proofErr w:type="spellStart"/>
      <w:r w:rsidRPr="00A2011C">
        <w:t>zarur</w:t>
      </w:r>
      <w:proofErr w:type="spellEnd"/>
      <w:r w:rsidRPr="00A2011C">
        <w:t xml:space="preserve"> </w:t>
      </w:r>
      <w:proofErr w:type="spellStart"/>
      <w:r w:rsidRPr="00A2011C">
        <w:t>ma’lumot</w:t>
      </w:r>
      <w:proofErr w:type="spellEnd"/>
      <w:r w:rsidRPr="00A2011C">
        <w:t xml:space="preserve"> </w:t>
      </w:r>
      <w:proofErr w:type="spellStart"/>
      <w:r w:rsidRPr="00A2011C">
        <w:t>va</w:t>
      </w:r>
      <w:proofErr w:type="spellEnd"/>
      <w:r w:rsidRPr="00A2011C">
        <w:t xml:space="preserve"> </w:t>
      </w:r>
      <w:proofErr w:type="spellStart"/>
      <w:r w:rsidRPr="00A2011C">
        <w:t>hujjatlarni</w:t>
      </w:r>
      <w:proofErr w:type="spellEnd"/>
      <w:r w:rsidRPr="00A2011C">
        <w:t xml:space="preserve"> </w:t>
      </w:r>
      <w:proofErr w:type="spellStart"/>
      <w:r w:rsidRPr="00A2011C">
        <w:t>taqdim</w:t>
      </w:r>
      <w:proofErr w:type="spellEnd"/>
      <w:r w:rsidRPr="00A2011C">
        <w:t xml:space="preserve"> </w:t>
      </w:r>
      <w:proofErr w:type="spellStart"/>
      <w:r w:rsidRPr="00A2011C">
        <w:t>etish</w:t>
      </w:r>
      <w:proofErr w:type="spellEnd"/>
      <w:r w:rsidRPr="00A2011C">
        <w:t xml:space="preserve"> </w:t>
      </w:r>
      <w:proofErr w:type="spellStart"/>
      <w:r w:rsidRPr="00A2011C">
        <w:t>hamda</w:t>
      </w:r>
      <w:proofErr w:type="spellEnd"/>
      <w:r w:rsidRPr="00A2011C">
        <w:t xml:space="preserve"> </w:t>
      </w:r>
      <w:proofErr w:type="spellStart"/>
      <w:r w:rsidRPr="00A2011C">
        <w:t>tavsiyalarini</w:t>
      </w:r>
      <w:proofErr w:type="spellEnd"/>
      <w:r w:rsidRPr="00A2011C">
        <w:t xml:space="preserve"> </w:t>
      </w:r>
      <w:proofErr w:type="spellStart"/>
      <w:proofErr w:type="gramStart"/>
      <w:r w:rsidRPr="00A2011C">
        <w:t>ko‘</w:t>
      </w:r>
      <w:proofErr w:type="gramEnd"/>
      <w:r w:rsidRPr="00A2011C">
        <w:t>rib</w:t>
      </w:r>
      <w:proofErr w:type="spellEnd"/>
      <w:r w:rsidRPr="00A2011C">
        <w:t xml:space="preserve"> </w:t>
      </w:r>
      <w:proofErr w:type="spellStart"/>
      <w:r w:rsidRPr="00A2011C">
        <w:t>chiqishni</w:t>
      </w:r>
      <w:proofErr w:type="spellEnd"/>
      <w:r w:rsidRPr="00A2011C">
        <w:t xml:space="preserve"> </w:t>
      </w:r>
      <w:proofErr w:type="spellStart"/>
      <w:r w:rsidRPr="00A2011C">
        <w:t>ta’minlaydi</w:t>
      </w:r>
      <w:proofErr w:type="spellEnd"/>
      <w:r w:rsidRPr="00A2011C">
        <w:t>.</w:t>
      </w:r>
    </w:p>
    <w:p w14:paraId="101DB22F" w14:textId="167A2A9D" w:rsidR="00A2011C" w:rsidRDefault="00A2011C" w:rsidP="005D60F3">
      <w:pPr>
        <w:pStyle w:val="BodyText"/>
        <w:numPr>
          <w:ilvl w:val="0"/>
          <w:numId w:val="10"/>
        </w:numPr>
        <w:spacing w:after="120" w:line="240" w:lineRule="auto"/>
        <w:jc w:val="both"/>
      </w:pPr>
      <w:proofErr w:type="spellStart"/>
      <w:r>
        <w:t>Universitet</w:t>
      </w:r>
      <w:proofErr w:type="spellEnd"/>
      <w:r>
        <w:t xml:space="preserve"> </w:t>
      </w:r>
      <w:proofErr w:type="spellStart"/>
      <w:r>
        <w:t>xodimlari</w:t>
      </w:r>
      <w:proofErr w:type="spellEnd"/>
      <w:r>
        <w:t>:</w:t>
      </w:r>
    </w:p>
    <w:p w14:paraId="5E4964BA" w14:textId="624E6F6A" w:rsidR="00A2011C" w:rsidRDefault="00A2011C" w:rsidP="005D60F3">
      <w:pPr>
        <w:pStyle w:val="BulletText"/>
        <w:spacing w:after="120" w:line="240" w:lineRule="auto"/>
        <w:ind w:firstLine="709"/>
        <w:jc w:val="both"/>
      </w:pPr>
      <w:proofErr w:type="spellStart"/>
      <w:r>
        <w:t>qonunchilik</w:t>
      </w:r>
      <w:proofErr w:type="spellEnd"/>
      <w:r>
        <w:t xml:space="preserve">, </w:t>
      </w:r>
      <w:proofErr w:type="spellStart"/>
      <w:r>
        <w:t>Universitetning</w:t>
      </w:r>
      <w:proofErr w:type="spellEnd"/>
      <w:r>
        <w:t xml:space="preserve"> </w:t>
      </w:r>
      <w:proofErr w:type="spellStart"/>
      <w:r>
        <w:t>ichki</w:t>
      </w:r>
      <w:proofErr w:type="spellEnd"/>
      <w:r>
        <w:t xml:space="preserve"> </w:t>
      </w:r>
      <w:proofErr w:type="spellStart"/>
      <w:r>
        <w:t>hujjatlari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mazkur</w:t>
      </w:r>
      <w:proofErr w:type="spellEnd"/>
      <w:r>
        <w:t xml:space="preserve"> </w:t>
      </w:r>
      <w:proofErr w:type="spellStart"/>
      <w:r>
        <w:t>Qoidalar</w:t>
      </w:r>
      <w:proofErr w:type="spellEnd"/>
      <w:r>
        <w:t xml:space="preserve"> </w:t>
      </w:r>
      <w:proofErr w:type="spellStart"/>
      <w:r>
        <w:t>talablariga</w:t>
      </w:r>
      <w:proofErr w:type="spellEnd"/>
      <w:r>
        <w:t xml:space="preserve"> </w:t>
      </w:r>
      <w:proofErr w:type="spellStart"/>
      <w:r>
        <w:t>rioya</w:t>
      </w:r>
      <w:proofErr w:type="spellEnd"/>
      <w:r>
        <w:t xml:space="preserve"> </w:t>
      </w:r>
      <w:proofErr w:type="spellStart"/>
      <w:r>
        <w:t>etishi</w:t>
      </w:r>
      <w:proofErr w:type="spellEnd"/>
      <w:r>
        <w:t>;</w:t>
      </w:r>
    </w:p>
    <w:p w14:paraId="40AA217E" w14:textId="24D1AEC7" w:rsidR="00A2011C" w:rsidRDefault="00A2011C" w:rsidP="005D60F3">
      <w:pPr>
        <w:pStyle w:val="BulletText"/>
        <w:spacing w:after="120" w:line="240" w:lineRule="auto"/>
        <w:ind w:firstLine="709"/>
        <w:jc w:val="both"/>
      </w:pPr>
      <w:proofErr w:type="spellStart"/>
      <w:r>
        <w:t>xizmat</w:t>
      </w:r>
      <w:proofErr w:type="spellEnd"/>
      <w:r>
        <w:t xml:space="preserve"> </w:t>
      </w:r>
      <w:proofErr w:type="spellStart"/>
      <w:r>
        <w:t>vazifalarini</w:t>
      </w:r>
      <w:proofErr w:type="spellEnd"/>
      <w:r>
        <w:t xml:space="preserve"> </w:t>
      </w:r>
      <w:proofErr w:type="spellStart"/>
      <w:proofErr w:type="gramStart"/>
      <w:r>
        <w:t>beg‘</w:t>
      </w:r>
      <w:proofErr w:type="gramEnd"/>
      <w:r>
        <w:t>araz</w:t>
      </w:r>
      <w:proofErr w:type="spellEnd"/>
      <w:r>
        <w:t xml:space="preserve">, </w:t>
      </w:r>
      <w:proofErr w:type="spellStart"/>
      <w:r>
        <w:t>xolis</w:t>
      </w:r>
      <w:proofErr w:type="spellEnd"/>
      <w:r>
        <w:t xml:space="preserve">, </w:t>
      </w:r>
      <w:proofErr w:type="spellStart"/>
      <w:r>
        <w:t>vijdonan</w:t>
      </w:r>
      <w:proofErr w:type="spellEnd"/>
      <w:r>
        <w:t xml:space="preserve">, professional </w:t>
      </w:r>
      <w:proofErr w:type="spellStart"/>
      <w:r>
        <w:t>va</w:t>
      </w:r>
      <w:proofErr w:type="spellEnd"/>
      <w:r>
        <w:t xml:space="preserve"> </w:t>
      </w:r>
      <w:proofErr w:type="spellStart"/>
      <w:r>
        <w:t>odob-axloq</w:t>
      </w:r>
      <w:proofErr w:type="spellEnd"/>
      <w:r>
        <w:t xml:space="preserve"> </w:t>
      </w:r>
      <w:proofErr w:type="spellStart"/>
      <w:r>
        <w:t>qoidalariga</w:t>
      </w:r>
      <w:proofErr w:type="spellEnd"/>
      <w:r>
        <w:t xml:space="preserve"> </w:t>
      </w:r>
      <w:proofErr w:type="spellStart"/>
      <w:r>
        <w:t>muvofiq</w:t>
      </w:r>
      <w:proofErr w:type="spellEnd"/>
      <w:r>
        <w:t xml:space="preserve"> </w:t>
      </w:r>
      <w:proofErr w:type="spellStart"/>
      <w:r>
        <w:t>bajarishi</w:t>
      </w:r>
      <w:proofErr w:type="spellEnd"/>
      <w:r>
        <w:t>;</w:t>
      </w:r>
    </w:p>
    <w:p w14:paraId="59D3A428" w14:textId="52E235AF" w:rsidR="00A2011C" w:rsidRDefault="00A2011C" w:rsidP="005D60F3">
      <w:pPr>
        <w:pStyle w:val="BulletText"/>
        <w:spacing w:after="120" w:line="240" w:lineRule="auto"/>
        <w:ind w:firstLine="709"/>
        <w:jc w:val="both"/>
      </w:pPr>
      <w:proofErr w:type="spellStart"/>
      <w:r>
        <w:t>xizmat</w:t>
      </w:r>
      <w:proofErr w:type="spellEnd"/>
      <w:r>
        <w:t xml:space="preserve"> </w:t>
      </w:r>
      <w:proofErr w:type="spellStart"/>
      <w:r>
        <w:t>mavqeyidan</w:t>
      </w:r>
      <w:proofErr w:type="spellEnd"/>
      <w:r>
        <w:t xml:space="preserve"> </w:t>
      </w:r>
      <w:proofErr w:type="spellStart"/>
      <w:r>
        <w:t>shaxsiy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uchinchi</w:t>
      </w:r>
      <w:proofErr w:type="spellEnd"/>
      <w:r>
        <w:t xml:space="preserve"> </w:t>
      </w:r>
      <w:proofErr w:type="spellStart"/>
      <w:r>
        <w:t>shaxslar</w:t>
      </w:r>
      <w:proofErr w:type="spellEnd"/>
      <w:r>
        <w:t xml:space="preserve"> </w:t>
      </w:r>
      <w:proofErr w:type="spellStart"/>
      <w:r>
        <w:t>manfaatlari</w:t>
      </w:r>
      <w:proofErr w:type="spellEnd"/>
      <w:r>
        <w:t xml:space="preserve"> </w:t>
      </w:r>
      <w:proofErr w:type="spellStart"/>
      <w:proofErr w:type="gramStart"/>
      <w:r>
        <w:t>yo‘</w:t>
      </w:r>
      <w:proofErr w:type="gramEnd"/>
      <w:r>
        <w:t>lida</w:t>
      </w:r>
      <w:proofErr w:type="spellEnd"/>
      <w:r>
        <w:t xml:space="preserve"> </w:t>
      </w:r>
      <w:proofErr w:type="spellStart"/>
      <w:r>
        <w:t>foydalanmasligi</w:t>
      </w:r>
      <w:proofErr w:type="spellEnd"/>
      <w:r>
        <w:t>;</w:t>
      </w:r>
    </w:p>
    <w:p w14:paraId="274D7404" w14:textId="663BE866" w:rsidR="00A2011C" w:rsidRDefault="00A2011C" w:rsidP="005D60F3">
      <w:pPr>
        <w:pStyle w:val="BulletText"/>
        <w:spacing w:after="120" w:line="240" w:lineRule="auto"/>
        <w:ind w:firstLine="709"/>
        <w:jc w:val="both"/>
      </w:pPr>
      <w:proofErr w:type="spellStart"/>
      <w:r>
        <w:t>korrupsiyaga</w:t>
      </w:r>
      <w:proofErr w:type="spellEnd"/>
      <w:r>
        <w:t xml:space="preserve"> </w:t>
      </w:r>
      <w:proofErr w:type="spellStart"/>
      <w:r>
        <w:t>oid</w:t>
      </w:r>
      <w:proofErr w:type="spellEnd"/>
      <w:r>
        <w:t xml:space="preserve"> </w:t>
      </w:r>
      <w:proofErr w:type="spellStart"/>
      <w:r>
        <w:t>huquqbuzarlik</w:t>
      </w:r>
      <w:proofErr w:type="spellEnd"/>
      <w:r>
        <w:t xml:space="preserve"> </w:t>
      </w:r>
      <w:proofErr w:type="spellStart"/>
      <w:r>
        <w:t>sodir</w:t>
      </w:r>
      <w:proofErr w:type="spellEnd"/>
      <w:r>
        <w:t xml:space="preserve"> </w:t>
      </w:r>
      <w:proofErr w:type="spellStart"/>
      <w:r>
        <w:t>etishga</w:t>
      </w:r>
      <w:proofErr w:type="spellEnd"/>
      <w:r>
        <w:t xml:space="preserve"> </w:t>
      </w:r>
      <w:proofErr w:type="spellStart"/>
      <w:r>
        <w:t>undash</w:t>
      </w:r>
      <w:proofErr w:type="spellEnd"/>
      <w:r>
        <w:t xml:space="preserve"> </w:t>
      </w:r>
      <w:proofErr w:type="spellStart"/>
      <w:r>
        <w:t>holatlari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proofErr w:type="gramStart"/>
      <w:r>
        <w:t>o‘</w:t>
      </w:r>
      <w:proofErr w:type="gramEnd"/>
      <w:r>
        <w:t>ziga</w:t>
      </w:r>
      <w:proofErr w:type="spellEnd"/>
      <w:r>
        <w:t xml:space="preserve"> </w:t>
      </w:r>
      <w:proofErr w:type="spellStart"/>
      <w:r>
        <w:t>ma’lum</w:t>
      </w:r>
      <w:proofErr w:type="spellEnd"/>
      <w:r>
        <w:t xml:space="preserve"> </w:t>
      </w:r>
      <w:proofErr w:type="spellStart"/>
      <w:r>
        <w:t>bo‘lgan</w:t>
      </w:r>
      <w:proofErr w:type="spellEnd"/>
      <w:r>
        <w:t xml:space="preserve"> </w:t>
      </w:r>
      <w:proofErr w:type="spellStart"/>
      <w:r>
        <w:t>korrupsiyaga</w:t>
      </w:r>
      <w:proofErr w:type="spellEnd"/>
      <w:r>
        <w:t xml:space="preserve"> </w:t>
      </w:r>
      <w:proofErr w:type="spellStart"/>
      <w:r>
        <w:t>oid</w:t>
      </w:r>
      <w:proofErr w:type="spellEnd"/>
      <w:r>
        <w:t xml:space="preserve"> </w:t>
      </w:r>
      <w:proofErr w:type="spellStart"/>
      <w:r>
        <w:t>faktlar</w:t>
      </w:r>
      <w:proofErr w:type="spellEnd"/>
      <w:r>
        <w:t xml:space="preserve"> </w:t>
      </w:r>
      <w:proofErr w:type="spellStart"/>
      <w:r>
        <w:t>haqida</w:t>
      </w:r>
      <w:proofErr w:type="spellEnd"/>
      <w:r>
        <w:t xml:space="preserve"> </w:t>
      </w:r>
      <w:proofErr w:type="spellStart"/>
      <w:r>
        <w:t>belgilangan</w:t>
      </w:r>
      <w:proofErr w:type="spellEnd"/>
      <w:r>
        <w:t xml:space="preserve"> </w:t>
      </w:r>
      <w:proofErr w:type="spellStart"/>
      <w:r>
        <w:t>tartibda</w:t>
      </w:r>
      <w:proofErr w:type="spellEnd"/>
      <w:r>
        <w:t xml:space="preserve"> </w:t>
      </w:r>
      <w:proofErr w:type="spellStart"/>
      <w:r>
        <w:t>xabar</w:t>
      </w:r>
      <w:proofErr w:type="spellEnd"/>
      <w:r>
        <w:t xml:space="preserve"> </w:t>
      </w:r>
      <w:proofErr w:type="spellStart"/>
      <w:r>
        <w:t>berishi</w:t>
      </w:r>
      <w:proofErr w:type="spellEnd"/>
      <w:r>
        <w:t>;</w:t>
      </w:r>
    </w:p>
    <w:p w14:paraId="61687CFE" w14:textId="3DD7EA69" w:rsidR="00A2011C" w:rsidRDefault="00A2011C" w:rsidP="005D60F3">
      <w:pPr>
        <w:pStyle w:val="BulletText"/>
        <w:spacing w:after="120" w:line="240" w:lineRule="auto"/>
        <w:ind w:firstLine="709"/>
        <w:jc w:val="both"/>
      </w:pPr>
      <w:proofErr w:type="spellStart"/>
      <w:r>
        <w:t>manfaatlar</w:t>
      </w:r>
      <w:proofErr w:type="spellEnd"/>
      <w:r>
        <w:t xml:space="preserve"> </w:t>
      </w:r>
      <w:proofErr w:type="spellStart"/>
      <w:proofErr w:type="gramStart"/>
      <w:r>
        <w:t>to‘</w:t>
      </w:r>
      <w:proofErr w:type="gramEnd"/>
      <w:r>
        <w:t>qnashuvini</w:t>
      </w:r>
      <w:proofErr w:type="spellEnd"/>
      <w:r>
        <w:t xml:space="preserve"> </w:t>
      </w:r>
      <w:proofErr w:type="spellStart"/>
      <w:r>
        <w:t>o‘z</w:t>
      </w:r>
      <w:proofErr w:type="spellEnd"/>
      <w:r>
        <w:t xml:space="preserve"> </w:t>
      </w:r>
      <w:proofErr w:type="spellStart"/>
      <w:r>
        <w:t>vaqtida</w:t>
      </w:r>
      <w:proofErr w:type="spellEnd"/>
      <w:r>
        <w:t xml:space="preserve"> </w:t>
      </w:r>
      <w:proofErr w:type="spellStart"/>
      <w:r>
        <w:t>oshkor</w:t>
      </w:r>
      <w:proofErr w:type="spellEnd"/>
      <w:r>
        <w:t xml:space="preserve"> </w:t>
      </w:r>
      <w:proofErr w:type="spellStart"/>
      <w:r>
        <w:t>qilishi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uni</w:t>
      </w:r>
      <w:proofErr w:type="spellEnd"/>
      <w:r>
        <w:t xml:space="preserve"> </w:t>
      </w:r>
      <w:proofErr w:type="spellStart"/>
      <w:r>
        <w:t>tartibga</w:t>
      </w:r>
      <w:proofErr w:type="spellEnd"/>
      <w:r>
        <w:t xml:space="preserve"> </w:t>
      </w:r>
      <w:proofErr w:type="spellStart"/>
      <w:r>
        <w:t>solish</w:t>
      </w:r>
      <w:proofErr w:type="spellEnd"/>
      <w:r>
        <w:t xml:space="preserve"> </w:t>
      </w:r>
      <w:proofErr w:type="spellStart"/>
      <w:r>
        <w:t>bo‘yicha</w:t>
      </w:r>
      <w:proofErr w:type="spellEnd"/>
      <w:r>
        <w:t xml:space="preserve"> </w:t>
      </w:r>
      <w:proofErr w:type="spellStart"/>
      <w:r>
        <w:t>qabul</w:t>
      </w:r>
      <w:proofErr w:type="spellEnd"/>
      <w:r>
        <w:t xml:space="preserve"> </w:t>
      </w:r>
      <w:proofErr w:type="spellStart"/>
      <w:r>
        <w:t>qilingan</w:t>
      </w:r>
      <w:proofErr w:type="spellEnd"/>
      <w:r>
        <w:t xml:space="preserve"> </w:t>
      </w:r>
      <w:proofErr w:type="spellStart"/>
      <w:r>
        <w:t>choralarni</w:t>
      </w:r>
      <w:proofErr w:type="spellEnd"/>
      <w:r>
        <w:t xml:space="preserve"> </w:t>
      </w:r>
      <w:proofErr w:type="spellStart"/>
      <w:r>
        <w:t>bajarishi</w:t>
      </w:r>
      <w:proofErr w:type="spellEnd"/>
      <w:r>
        <w:t>;</w:t>
      </w:r>
    </w:p>
    <w:p w14:paraId="008FF751" w14:textId="3BB9D5B9" w:rsidR="00A2011C" w:rsidRDefault="00A2011C" w:rsidP="005D60F3">
      <w:pPr>
        <w:pStyle w:val="BulletText"/>
        <w:spacing w:after="120" w:line="240" w:lineRule="auto"/>
        <w:ind w:firstLine="709"/>
        <w:jc w:val="both"/>
      </w:pPr>
      <w:proofErr w:type="spellStart"/>
      <w:r>
        <w:t>xizmat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tijorat</w:t>
      </w:r>
      <w:proofErr w:type="spellEnd"/>
      <w:r>
        <w:t xml:space="preserve"> </w:t>
      </w:r>
      <w:proofErr w:type="spellStart"/>
      <w:r>
        <w:t>sirini</w:t>
      </w:r>
      <w:proofErr w:type="spellEnd"/>
      <w:r>
        <w:t xml:space="preserve">, </w:t>
      </w:r>
      <w:proofErr w:type="spellStart"/>
      <w:r>
        <w:t>shaxsga</w:t>
      </w:r>
      <w:proofErr w:type="spellEnd"/>
      <w:r>
        <w:t xml:space="preserve"> </w:t>
      </w:r>
      <w:proofErr w:type="spellStart"/>
      <w:r>
        <w:t>doir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qonun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muhofaza</w:t>
      </w:r>
      <w:proofErr w:type="spellEnd"/>
      <w:r>
        <w:t xml:space="preserve"> </w:t>
      </w:r>
      <w:proofErr w:type="spellStart"/>
      <w:r>
        <w:t>qilinadigan</w:t>
      </w:r>
      <w:proofErr w:type="spellEnd"/>
      <w:r>
        <w:t xml:space="preserve">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ma’lumotlarni</w:t>
      </w:r>
      <w:proofErr w:type="spellEnd"/>
      <w:r>
        <w:t xml:space="preserve"> </w:t>
      </w:r>
      <w:proofErr w:type="spellStart"/>
      <w:r>
        <w:t>shaxsiy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proofErr w:type="gramStart"/>
      <w:r>
        <w:t>yo‘</w:t>
      </w:r>
      <w:proofErr w:type="gramEnd"/>
      <w:r>
        <w:t>lida</w:t>
      </w:r>
      <w:proofErr w:type="spellEnd"/>
      <w:r>
        <w:t xml:space="preserve"> </w:t>
      </w:r>
      <w:proofErr w:type="spellStart"/>
      <w:r>
        <w:t>ishlatmasligi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oshkor</w:t>
      </w:r>
      <w:proofErr w:type="spellEnd"/>
      <w:r>
        <w:t xml:space="preserve"> </w:t>
      </w:r>
      <w:proofErr w:type="spellStart"/>
      <w:r>
        <w:t>etmasligi</w:t>
      </w:r>
      <w:proofErr w:type="spellEnd"/>
      <w:r>
        <w:t>;</w:t>
      </w:r>
    </w:p>
    <w:p w14:paraId="2E0F8624" w14:textId="019638B9" w:rsidR="00A2011C" w:rsidRDefault="00A2011C" w:rsidP="007D533E">
      <w:pPr>
        <w:pStyle w:val="BulletText"/>
        <w:spacing w:after="120" w:line="240" w:lineRule="auto"/>
        <w:ind w:firstLine="709"/>
        <w:jc w:val="both"/>
      </w:pPr>
      <w:proofErr w:type="spellStart"/>
      <w:r>
        <w:lastRenderedPageBreak/>
        <w:t>Universitetning</w:t>
      </w:r>
      <w:proofErr w:type="spellEnd"/>
      <w:r>
        <w:t xml:space="preserve"> mol-</w:t>
      </w:r>
      <w:proofErr w:type="spellStart"/>
      <w:r>
        <w:t>mulki</w:t>
      </w:r>
      <w:proofErr w:type="spellEnd"/>
      <w:r>
        <w:t xml:space="preserve">, </w:t>
      </w:r>
      <w:proofErr w:type="spellStart"/>
      <w:proofErr w:type="gramStart"/>
      <w:r>
        <w:t>mablag‘</w:t>
      </w:r>
      <w:proofErr w:type="gramEnd"/>
      <w:r>
        <w:t>lari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resurslaridan</w:t>
      </w:r>
      <w:proofErr w:type="spellEnd"/>
      <w:r>
        <w:t xml:space="preserve"> </w:t>
      </w:r>
      <w:proofErr w:type="spellStart"/>
      <w:r>
        <w:t>faqat</w:t>
      </w:r>
      <w:proofErr w:type="spellEnd"/>
      <w:r>
        <w:t xml:space="preserve"> </w:t>
      </w:r>
      <w:proofErr w:type="spellStart"/>
      <w:r>
        <w:t>xizmat</w:t>
      </w:r>
      <w:proofErr w:type="spellEnd"/>
      <w:r>
        <w:t xml:space="preserve"> </w:t>
      </w:r>
      <w:proofErr w:type="spellStart"/>
      <w:r>
        <w:t>maqsadlarida</w:t>
      </w:r>
      <w:proofErr w:type="spellEnd"/>
      <w:r>
        <w:t xml:space="preserve"> </w:t>
      </w:r>
      <w:proofErr w:type="spellStart"/>
      <w:r>
        <w:t>oqilona</w:t>
      </w:r>
      <w:proofErr w:type="spellEnd"/>
      <w:r>
        <w:t xml:space="preserve"> </w:t>
      </w:r>
      <w:proofErr w:type="spellStart"/>
      <w:r>
        <w:t>foydalanishi</w:t>
      </w:r>
      <w:proofErr w:type="spellEnd"/>
      <w:r>
        <w:t>;</w:t>
      </w:r>
    </w:p>
    <w:p w14:paraId="2499D0E6" w14:textId="689DEE6F" w:rsidR="00A2011C" w:rsidRDefault="00A2011C" w:rsidP="007D533E">
      <w:pPr>
        <w:pStyle w:val="BulletText"/>
        <w:spacing w:after="120" w:line="240" w:lineRule="auto"/>
        <w:ind w:firstLine="709"/>
        <w:jc w:val="both"/>
      </w:pPr>
      <w:proofErr w:type="spellStart"/>
      <w:r>
        <w:t>vakolatli</w:t>
      </w:r>
      <w:proofErr w:type="spellEnd"/>
      <w:r>
        <w:t xml:space="preserve"> </w:t>
      </w:r>
      <w:proofErr w:type="spellStart"/>
      <w:r>
        <w:t>tekshiruvlarga</w:t>
      </w:r>
      <w:proofErr w:type="spellEnd"/>
      <w:r>
        <w:t xml:space="preserve"> </w:t>
      </w:r>
      <w:proofErr w:type="spellStart"/>
      <w:proofErr w:type="gramStart"/>
      <w:r>
        <w:t>to‘</w:t>
      </w:r>
      <w:proofErr w:type="gramEnd"/>
      <w:r>
        <w:t>sqinlik</w:t>
      </w:r>
      <w:proofErr w:type="spellEnd"/>
      <w:r>
        <w:t xml:space="preserve"> </w:t>
      </w:r>
      <w:proofErr w:type="spellStart"/>
      <w:r>
        <w:t>qilmasligi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qonuniy</w:t>
      </w:r>
      <w:proofErr w:type="spellEnd"/>
      <w:r>
        <w:t xml:space="preserve"> talab </w:t>
      </w:r>
      <w:proofErr w:type="spellStart"/>
      <w:r>
        <w:t>etilgan</w:t>
      </w:r>
      <w:proofErr w:type="spellEnd"/>
      <w:r>
        <w:t xml:space="preserve"> </w:t>
      </w:r>
      <w:proofErr w:type="spellStart"/>
      <w:r>
        <w:t>hujjat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ma’lumotlarni</w:t>
      </w:r>
      <w:proofErr w:type="spellEnd"/>
      <w:r>
        <w:t xml:space="preserve"> </w:t>
      </w:r>
      <w:proofErr w:type="spellStart"/>
      <w:r>
        <w:t>taqdim</w:t>
      </w:r>
      <w:proofErr w:type="spellEnd"/>
      <w:r>
        <w:t xml:space="preserve"> </w:t>
      </w:r>
      <w:proofErr w:type="spellStart"/>
      <w:r>
        <w:t>etishi</w:t>
      </w:r>
      <w:proofErr w:type="spellEnd"/>
      <w:r>
        <w:t xml:space="preserve"> </w:t>
      </w:r>
      <w:proofErr w:type="spellStart"/>
      <w:r>
        <w:t>shart</w:t>
      </w:r>
      <w:proofErr w:type="spellEnd"/>
      <w:r>
        <w:t>.</w:t>
      </w:r>
    </w:p>
    <w:p w14:paraId="6184F01D" w14:textId="276FC564" w:rsidR="006A5BAA" w:rsidRPr="00E46FBC" w:rsidRDefault="00E46FBC" w:rsidP="007D533E">
      <w:pPr>
        <w:pStyle w:val="ae"/>
        <w:tabs>
          <w:tab w:val="left" w:pos="1134"/>
        </w:tabs>
        <w:spacing w:after="120" w:line="240" w:lineRule="auto"/>
        <w:ind w:left="709"/>
        <w:contextualSpacing w:val="0"/>
        <w:jc w:val="both"/>
        <w:rPr>
          <w:b/>
          <w:bCs/>
        </w:rPr>
      </w:pPr>
      <w:r w:rsidRPr="00E46FBC">
        <w:rPr>
          <w:b/>
          <w:bCs/>
        </w:rPr>
        <w:t xml:space="preserve">5-bob. </w:t>
      </w:r>
      <w:proofErr w:type="spellStart"/>
      <w:r w:rsidRPr="00E46FBC">
        <w:rPr>
          <w:b/>
          <w:bCs/>
        </w:rPr>
        <w:t>Korrupsiyaga</w:t>
      </w:r>
      <w:proofErr w:type="spellEnd"/>
      <w:r w:rsidRPr="00E46FBC">
        <w:rPr>
          <w:b/>
          <w:bCs/>
        </w:rPr>
        <w:t xml:space="preserve"> </w:t>
      </w:r>
      <w:proofErr w:type="spellStart"/>
      <w:r w:rsidRPr="00E46FBC">
        <w:rPr>
          <w:b/>
          <w:bCs/>
        </w:rPr>
        <w:t>oid</w:t>
      </w:r>
      <w:proofErr w:type="spellEnd"/>
      <w:r w:rsidRPr="00E46FBC">
        <w:rPr>
          <w:b/>
          <w:bCs/>
        </w:rPr>
        <w:t xml:space="preserve"> </w:t>
      </w:r>
      <w:proofErr w:type="spellStart"/>
      <w:r w:rsidRPr="00E46FBC">
        <w:rPr>
          <w:b/>
          <w:bCs/>
        </w:rPr>
        <w:t>huquqbuzarliklar</w:t>
      </w:r>
      <w:proofErr w:type="spellEnd"/>
      <w:r w:rsidRPr="00E46FBC">
        <w:rPr>
          <w:b/>
          <w:bCs/>
        </w:rPr>
        <w:t xml:space="preserve"> </w:t>
      </w:r>
      <w:proofErr w:type="spellStart"/>
      <w:r w:rsidRPr="00E46FBC">
        <w:rPr>
          <w:b/>
          <w:bCs/>
        </w:rPr>
        <w:t>haqida</w:t>
      </w:r>
      <w:proofErr w:type="spellEnd"/>
      <w:r w:rsidRPr="00E46FBC">
        <w:rPr>
          <w:b/>
          <w:bCs/>
        </w:rPr>
        <w:t xml:space="preserve"> </w:t>
      </w:r>
      <w:proofErr w:type="spellStart"/>
      <w:r w:rsidRPr="00E46FBC">
        <w:rPr>
          <w:b/>
          <w:bCs/>
        </w:rPr>
        <w:t>xabar</w:t>
      </w:r>
      <w:proofErr w:type="spellEnd"/>
      <w:r w:rsidRPr="00E46FBC">
        <w:rPr>
          <w:b/>
          <w:bCs/>
        </w:rPr>
        <w:t xml:space="preserve"> </w:t>
      </w:r>
      <w:proofErr w:type="spellStart"/>
      <w:r w:rsidRPr="00E46FBC">
        <w:rPr>
          <w:b/>
          <w:bCs/>
        </w:rPr>
        <w:t>berish</w:t>
      </w:r>
      <w:proofErr w:type="spellEnd"/>
      <w:r w:rsidRPr="00E46FBC">
        <w:rPr>
          <w:b/>
          <w:bCs/>
        </w:rPr>
        <w:t xml:space="preserve"> </w:t>
      </w:r>
      <w:proofErr w:type="spellStart"/>
      <w:r w:rsidRPr="00E46FBC">
        <w:rPr>
          <w:b/>
          <w:bCs/>
        </w:rPr>
        <w:t>tartibi</w:t>
      </w:r>
      <w:proofErr w:type="spellEnd"/>
    </w:p>
    <w:p w14:paraId="49503541" w14:textId="1EED3326" w:rsidR="006A5BAA" w:rsidRDefault="0075177C" w:rsidP="007D533E">
      <w:pPr>
        <w:pStyle w:val="ae"/>
        <w:numPr>
          <w:ilvl w:val="0"/>
          <w:numId w:val="10"/>
        </w:numPr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>
        <w:t>Universitet</w:t>
      </w:r>
      <w:proofErr w:type="spellEnd"/>
      <w:r>
        <w:t xml:space="preserve"> </w:t>
      </w:r>
      <w:proofErr w:type="spellStart"/>
      <w:r>
        <w:t>xodimlari</w:t>
      </w:r>
      <w:proofErr w:type="spellEnd"/>
      <w:r>
        <w:t xml:space="preserve">, </w:t>
      </w:r>
      <w:proofErr w:type="spellStart"/>
      <w:r>
        <w:t>talabalari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manfaatdor</w:t>
      </w:r>
      <w:proofErr w:type="spellEnd"/>
      <w:r>
        <w:t xml:space="preserve"> </w:t>
      </w:r>
      <w:proofErr w:type="spellStart"/>
      <w:r>
        <w:t>shaxslar</w:t>
      </w:r>
      <w:proofErr w:type="spellEnd"/>
      <w:r>
        <w:t xml:space="preserve"> </w:t>
      </w:r>
      <w:proofErr w:type="spellStart"/>
      <w:proofErr w:type="gramStart"/>
      <w:r>
        <w:t>o‘</w:t>
      </w:r>
      <w:proofErr w:type="gramEnd"/>
      <w:r>
        <w:t>zlariga</w:t>
      </w:r>
      <w:proofErr w:type="spellEnd"/>
      <w:r>
        <w:t xml:space="preserve"> </w:t>
      </w:r>
      <w:proofErr w:type="spellStart"/>
      <w:r>
        <w:t>ma</w:t>
      </w:r>
      <w:r w:rsidR="001B05E6">
        <w:t>’</w:t>
      </w:r>
      <w:r>
        <w:t>lum</w:t>
      </w:r>
      <w:proofErr w:type="spellEnd"/>
      <w:r>
        <w:t xml:space="preserve"> </w:t>
      </w:r>
      <w:proofErr w:type="spellStart"/>
      <w:r>
        <w:t>bo‘lgan</w:t>
      </w:r>
      <w:proofErr w:type="spellEnd"/>
      <w:r>
        <w:t xml:space="preserve"> </w:t>
      </w:r>
      <w:proofErr w:type="spellStart"/>
      <w:r>
        <w:t>korrupsiyaga</w:t>
      </w:r>
      <w:proofErr w:type="spellEnd"/>
      <w:r>
        <w:t xml:space="preserve"> </w:t>
      </w:r>
      <w:proofErr w:type="spellStart"/>
      <w:r>
        <w:t>oid</w:t>
      </w:r>
      <w:proofErr w:type="spellEnd"/>
      <w:r>
        <w:t xml:space="preserve"> </w:t>
      </w:r>
      <w:proofErr w:type="spellStart"/>
      <w:r>
        <w:t>huquqbuzarliklar</w:t>
      </w:r>
      <w:proofErr w:type="spellEnd"/>
      <w:r>
        <w:t xml:space="preserve">, </w:t>
      </w:r>
      <w:proofErr w:type="spellStart"/>
      <w:r>
        <w:t>ularni</w:t>
      </w:r>
      <w:proofErr w:type="spellEnd"/>
      <w:r>
        <w:t xml:space="preserve"> </w:t>
      </w:r>
      <w:proofErr w:type="spellStart"/>
      <w:r>
        <w:t>sodir</w:t>
      </w:r>
      <w:proofErr w:type="spellEnd"/>
      <w:r>
        <w:t xml:space="preserve"> </w:t>
      </w:r>
      <w:proofErr w:type="spellStart"/>
      <w:r>
        <w:t>etishga</w:t>
      </w:r>
      <w:proofErr w:type="spellEnd"/>
      <w:r>
        <w:t xml:space="preserve"> </w:t>
      </w:r>
      <w:proofErr w:type="spellStart"/>
      <w:r>
        <w:t>imkon</w:t>
      </w:r>
      <w:proofErr w:type="spellEnd"/>
      <w:r>
        <w:t xml:space="preserve"> </w:t>
      </w:r>
      <w:proofErr w:type="spellStart"/>
      <w:r>
        <w:t>beruvchi</w:t>
      </w:r>
      <w:proofErr w:type="spellEnd"/>
      <w:r>
        <w:t xml:space="preserve"> </w:t>
      </w:r>
      <w:proofErr w:type="spellStart"/>
      <w:r>
        <w:t>omillar</w:t>
      </w:r>
      <w:proofErr w:type="spellEnd"/>
      <w:r>
        <w:t xml:space="preserve">, </w:t>
      </w:r>
      <w:proofErr w:type="spellStart"/>
      <w:r>
        <w:t>manfaatlar</w:t>
      </w:r>
      <w:proofErr w:type="spellEnd"/>
      <w:r>
        <w:t xml:space="preserve"> </w:t>
      </w:r>
      <w:proofErr w:type="spellStart"/>
      <w:r>
        <w:t>to‘qnashuvi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korrupsion</w:t>
      </w:r>
      <w:proofErr w:type="spellEnd"/>
      <w:r>
        <w:t xml:space="preserve"> </w:t>
      </w:r>
      <w:proofErr w:type="spellStart"/>
      <w:r>
        <w:t>xavf-xatarlar</w:t>
      </w:r>
      <w:proofErr w:type="spellEnd"/>
      <w:r>
        <w:t xml:space="preserve"> </w:t>
      </w:r>
      <w:proofErr w:type="spellStart"/>
      <w:r>
        <w:t>to‘g‘risida</w:t>
      </w:r>
      <w:proofErr w:type="spellEnd"/>
      <w:r>
        <w:t xml:space="preserve"> </w:t>
      </w:r>
      <w:proofErr w:type="spellStart"/>
      <w:r>
        <w:t>Universitetda</w:t>
      </w:r>
      <w:proofErr w:type="spellEnd"/>
      <w:r>
        <w:t xml:space="preserve"> </w:t>
      </w:r>
      <w:proofErr w:type="spellStart"/>
      <w:r w:rsidR="004B403E">
        <w:rPr>
          <w:szCs w:val="28"/>
        </w:rPr>
        <w:t>Mas’ul</w:t>
      </w:r>
      <w:proofErr w:type="spellEnd"/>
      <w:r w:rsidR="004B403E">
        <w:rPr>
          <w:szCs w:val="28"/>
        </w:rPr>
        <w:t xml:space="preserve"> </w:t>
      </w:r>
      <w:proofErr w:type="spellStart"/>
      <w:r w:rsidR="004B403E">
        <w:rPr>
          <w:szCs w:val="28"/>
        </w:rPr>
        <w:t>shaxs</w:t>
      </w:r>
      <w:r w:rsidR="004B403E">
        <w:t>ga</w:t>
      </w:r>
      <w:proofErr w:type="spellEnd"/>
      <w:r w:rsidR="004B403E">
        <w:t xml:space="preserve"> </w:t>
      </w:r>
      <w:proofErr w:type="spellStart"/>
      <w:r>
        <w:t>yozma</w:t>
      </w:r>
      <w:proofErr w:type="spellEnd"/>
      <w:r>
        <w:t xml:space="preserve">, </w:t>
      </w:r>
      <w:proofErr w:type="spellStart"/>
      <w:r>
        <w:t>elektron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og‘zaki</w:t>
      </w:r>
      <w:proofErr w:type="spellEnd"/>
      <w:r>
        <w:t xml:space="preserve"> </w:t>
      </w:r>
      <w:proofErr w:type="spellStart"/>
      <w:r>
        <w:t>murojaat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, </w:t>
      </w:r>
      <w:proofErr w:type="spellStart"/>
      <w:r>
        <w:t>shuningdek</w:t>
      </w:r>
      <w:proofErr w:type="spellEnd"/>
      <w:r>
        <w:t xml:space="preserve"> </w:t>
      </w:r>
      <w:proofErr w:type="spellStart"/>
      <w:r>
        <w:t>Universitetning</w:t>
      </w:r>
      <w:proofErr w:type="spellEnd"/>
      <w:r>
        <w:t xml:space="preserve"> </w:t>
      </w:r>
      <w:proofErr w:type="spellStart"/>
      <w:r>
        <w:t>rasmiy</w:t>
      </w:r>
      <w:proofErr w:type="spellEnd"/>
      <w:r>
        <w:t xml:space="preserve"> </w:t>
      </w:r>
      <w:proofErr w:type="spellStart"/>
      <w:r>
        <w:t>aloqa</w:t>
      </w:r>
      <w:proofErr w:type="spellEnd"/>
      <w:r>
        <w:t xml:space="preserve"> </w:t>
      </w:r>
      <w:proofErr w:type="spellStart"/>
      <w:r>
        <w:t>kanallari</w:t>
      </w:r>
      <w:proofErr w:type="spellEnd"/>
      <w:r>
        <w:t xml:space="preserve"> </w:t>
      </w:r>
      <w:proofErr w:type="spellStart"/>
      <w:r>
        <w:t>orqali</w:t>
      </w:r>
      <w:proofErr w:type="spellEnd"/>
      <w:r>
        <w:t xml:space="preserve">, </w:t>
      </w:r>
      <w:proofErr w:type="spellStart"/>
      <w:r>
        <w:t>shu</w:t>
      </w:r>
      <w:proofErr w:type="spellEnd"/>
      <w:r>
        <w:t xml:space="preserve"> </w:t>
      </w:r>
      <w:proofErr w:type="spellStart"/>
      <w:r>
        <w:t>jumladan</w:t>
      </w:r>
      <w:proofErr w:type="spellEnd"/>
      <w:r>
        <w:t xml:space="preserve">, </w:t>
      </w:r>
      <w:proofErr w:type="spellStart"/>
      <w:r>
        <w:t>anonim</w:t>
      </w:r>
      <w:proofErr w:type="spellEnd"/>
      <w:r>
        <w:t xml:space="preserve"> </w:t>
      </w:r>
      <w:proofErr w:type="spellStart"/>
      <w:r>
        <w:t>tarzda</w:t>
      </w:r>
      <w:proofErr w:type="spellEnd"/>
      <w:r>
        <w:t xml:space="preserve"> </w:t>
      </w:r>
      <w:proofErr w:type="spellStart"/>
      <w:r>
        <w:t>xabar</w:t>
      </w:r>
      <w:proofErr w:type="spellEnd"/>
      <w:r>
        <w:t xml:space="preserve"> </w:t>
      </w:r>
      <w:proofErr w:type="spellStart"/>
      <w:r>
        <w:t>berish</w:t>
      </w:r>
      <w:proofErr w:type="spellEnd"/>
      <w:r>
        <w:t xml:space="preserve"> </w:t>
      </w:r>
      <w:proofErr w:type="spellStart"/>
      <w:r>
        <w:t>huquqiga</w:t>
      </w:r>
      <w:proofErr w:type="spellEnd"/>
      <w:r>
        <w:t xml:space="preserve"> </w:t>
      </w:r>
      <w:proofErr w:type="spellStart"/>
      <w:r>
        <w:t>ega</w:t>
      </w:r>
      <w:proofErr w:type="spellEnd"/>
      <w:r>
        <w:t>.</w:t>
      </w:r>
    </w:p>
    <w:p w14:paraId="40E9C0DB" w14:textId="77777777" w:rsidR="000E7F80" w:rsidRDefault="0075177C" w:rsidP="007D533E">
      <w:pPr>
        <w:pStyle w:val="ae"/>
        <w:numPr>
          <w:ilvl w:val="0"/>
          <w:numId w:val="10"/>
        </w:numPr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>
        <w:t>Korrupsiyaga</w:t>
      </w:r>
      <w:proofErr w:type="spellEnd"/>
      <w:r>
        <w:t xml:space="preserve"> </w:t>
      </w:r>
      <w:proofErr w:type="spellStart"/>
      <w:r>
        <w:t>oid</w:t>
      </w:r>
      <w:proofErr w:type="spellEnd"/>
      <w:r>
        <w:t xml:space="preserve"> </w:t>
      </w:r>
      <w:proofErr w:type="spellStart"/>
      <w:r>
        <w:t>murojaatlar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xabarlar</w:t>
      </w:r>
      <w:proofErr w:type="spellEnd"/>
      <w:r>
        <w:t xml:space="preserve"> </w:t>
      </w:r>
      <w:proofErr w:type="spellStart"/>
      <w:r>
        <w:t>belgilangan</w:t>
      </w:r>
      <w:proofErr w:type="spellEnd"/>
      <w:r>
        <w:t xml:space="preserve"> </w:t>
      </w:r>
      <w:proofErr w:type="spellStart"/>
      <w:r>
        <w:t>tartibda</w:t>
      </w:r>
      <w:proofErr w:type="spellEnd"/>
      <w:r>
        <w:t xml:space="preserve"> </w:t>
      </w:r>
      <w:proofErr w:type="spellStart"/>
      <w:proofErr w:type="gramStart"/>
      <w:r>
        <w:t>ro‘</w:t>
      </w:r>
      <w:proofErr w:type="gramEnd"/>
      <w:r>
        <w:t>yxatga</w:t>
      </w:r>
      <w:proofErr w:type="spellEnd"/>
      <w:r>
        <w:t xml:space="preserve"> </w:t>
      </w:r>
      <w:proofErr w:type="spellStart"/>
      <w:r>
        <w:t>olinadi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qonunchilik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Universitetning</w:t>
      </w:r>
      <w:proofErr w:type="spellEnd"/>
      <w:r>
        <w:t xml:space="preserve"> </w:t>
      </w:r>
      <w:proofErr w:type="spellStart"/>
      <w:r>
        <w:t>ichki</w:t>
      </w:r>
      <w:proofErr w:type="spellEnd"/>
      <w:r>
        <w:t xml:space="preserve"> </w:t>
      </w:r>
      <w:proofErr w:type="spellStart"/>
      <w:r>
        <w:t>hujjatlariga</w:t>
      </w:r>
      <w:proofErr w:type="spellEnd"/>
      <w:r>
        <w:t xml:space="preserve"> </w:t>
      </w:r>
      <w:proofErr w:type="spellStart"/>
      <w:r>
        <w:t>muvofiq</w:t>
      </w:r>
      <w:proofErr w:type="spellEnd"/>
      <w:r>
        <w:t xml:space="preserve"> </w:t>
      </w:r>
      <w:proofErr w:type="spellStart"/>
      <w:r>
        <w:t>xolis</w:t>
      </w:r>
      <w:proofErr w:type="spellEnd"/>
      <w:r>
        <w:t xml:space="preserve">, har </w:t>
      </w:r>
      <w:proofErr w:type="spellStart"/>
      <w:r>
        <w:t>tomonlama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o‘z</w:t>
      </w:r>
      <w:proofErr w:type="spellEnd"/>
      <w:r>
        <w:t xml:space="preserve"> </w:t>
      </w:r>
      <w:proofErr w:type="spellStart"/>
      <w:r>
        <w:t>vaqtida</w:t>
      </w:r>
      <w:proofErr w:type="spellEnd"/>
      <w:r>
        <w:t xml:space="preserve"> </w:t>
      </w:r>
      <w:proofErr w:type="spellStart"/>
      <w:r>
        <w:t>ko‘rib</w:t>
      </w:r>
      <w:proofErr w:type="spellEnd"/>
      <w:r>
        <w:t xml:space="preserve"> </w:t>
      </w:r>
      <w:proofErr w:type="spellStart"/>
      <w:r>
        <w:t>chiqiladi</w:t>
      </w:r>
      <w:proofErr w:type="spellEnd"/>
      <w:r>
        <w:t xml:space="preserve">. </w:t>
      </w:r>
      <w:proofErr w:type="spellStart"/>
      <w:r>
        <w:t>Murojaat</w:t>
      </w:r>
      <w:proofErr w:type="spellEnd"/>
      <w:r>
        <w:t xml:space="preserve"> </w:t>
      </w:r>
      <w:proofErr w:type="spellStart"/>
      <w:r>
        <w:t>qilgan</w:t>
      </w:r>
      <w:proofErr w:type="spellEnd"/>
      <w:r>
        <w:t xml:space="preserve"> </w:t>
      </w:r>
      <w:proofErr w:type="spellStart"/>
      <w:r>
        <w:t>shaxsning</w:t>
      </w:r>
      <w:proofErr w:type="spellEnd"/>
      <w:r>
        <w:t xml:space="preserve"> </w:t>
      </w:r>
      <w:proofErr w:type="spellStart"/>
      <w:r>
        <w:t>shaxsi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murojaat</w:t>
      </w:r>
      <w:proofErr w:type="spellEnd"/>
      <w:r>
        <w:t xml:space="preserve"> </w:t>
      </w:r>
      <w:proofErr w:type="spellStart"/>
      <w:r>
        <w:t>mazmunining</w:t>
      </w:r>
      <w:proofErr w:type="spellEnd"/>
      <w:r>
        <w:t xml:space="preserve"> </w:t>
      </w:r>
      <w:proofErr w:type="spellStart"/>
      <w:r>
        <w:t>maxfiyligi</w:t>
      </w:r>
      <w:proofErr w:type="spellEnd"/>
      <w:r>
        <w:t xml:space="preserve"> </w:t>
      </w:r>
      <w:proofErr w:type="spellStart"/>
      <w:r>
        <w:t>qonunchilik</w:t>
      </w:r>
      <w:proofErr w:type="spellEnd"/>
      <w:r>
        <w:t xml:space="preserve"> </w:t>
      </w:r>
      <w:proofErr w:type="spellStart"/>
      <w:r>
        <w:t>talablariga</w:t>
      </w:r>
      <w:proofErr w:type="spellEnd"/>
      <w:r>
        <w:t xml:space="preserve"> </w:t>
      </w:r>
      <w:proofErr w:type="spellStart"/>
      <w:r>
        <w:t>muvofiq</w:t>
      </w:r>
      <w:proofErr w:type="spellEnd"/>
      <w:r>
        <w:t xml:space="preserve"> </w:t>
      </w:r>
      <w:proofErr w:type="spellStart"/>
      <w:r>
        <w:t>ta'minlanadi</w:t>
      </w:r>
      <w:proofErr w:type="spellEnd"/>
      <w:r>
        <w:t>.</w:t>
      </w:r>
    </w:p>
    <w:p w14:paraId="543CCDF4" w14:textId="78E33EB6" w:rsidR="0075177C" w:rsidRDefault="0075177C" w:rsidP="000E7F80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</w:pPr>
      <w:proofErr w:type="spellStart"/>
      <w:r>
        <w:t>Vijdonan</w:t>
      </w:r>
      <w:proofErr w:type="spellEnd"/>
      <w:r>
        <w:t xml:space="preserve"> </w:t>
      </w:r>
      <w:proofErr w:type="spellStart"/>
      <w:r>
        <w:t>korrupsiya</w:t>
      </w:r>
      <w:proofErr w:type="spellEnd"/>
      <w:r>
        <w:t xml:space="preserve"> </w:t>
      </w:r>
      <w:proofErr w:type="spellStart"/>
      <w:r>
        <w:t>holati</w:t>
      </w:r>
      <w:proofErr w:type="spellEnd"/>
      <w:r>
        <w:t xml:space="preserve"> </w:t>
      </w:r>
      <w:proofErr w:type="spellStart"/>
      <w:r>
        <w:t>haqida</w:t>
      </w:r>
      <w:proofErr w:type="spellEnd"/>
      <w:r>
        <w:t xml:space="preserve"> </w:t>
      </w:r>
      <w:proofErr w:type="spellStart"/>
      <w:r>
        <w:t>xabar</w:t>
      </w:r>
      <w:proofErr w:type="spellEnd"/>
      <w:r>
        <w:t xml:space="preserve"> </w:t>
      </w:r>
      <w:proofErr w:type="spellStart"/>
      <w:r>
        <w:t>bergan</w:t>
      </w:r>
      <w:proofErr w:type="spellEnd"/>
      <w:r>
        <w:t xml:space="preserve"> </w:t>
      </w:r>
      <w:proofErr w:type="spellStart"/>
      <w:r>
        <w:t>shaxsga</w:t>
      </w:r>
      <w:proofErr w:type="spellEnd"/>
      <w:r>
        <w:t xml:space="preserve"> </w:t>
      </w:r>
      <w:proofErr w:type="spellStart"/>
      <w:r>
        <w:t>nisbatan</w:t>
      </w:r>
      <w:proofErr w:type="spellEnd"/>
      <w:r>
        <w:t xml:space="preserve"> </w:t>
      </w:r>
      <w:proofErr w:type="spellStart"/>
      <w:r>
        <w:t>ta</w:t>
      </w:r>
      <w:r w:rsidR="001B05E6">
        <w:t>’</w:t>
      </w:r>
      <w:r>
        <w:t>qib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, </w:t>
      </w:r>
      <w:proofErr w:type="spellStart"/>
      <w:r>
        <w:t>tazyiq</w:t>
      </w:r>
      <w:proofErr w:type="spellEnd"/>
      <w:r>
        <w:t xml:space="preserve"> </w:t>
      </w:r>
      <w:proofErr w:type="spellStart"/>
      <w:proofErr w:type="gramStart"/>
      <w:r>
        <w:t>o‘</w:t>
      </w:r>
      <w:proofErr w:type="gramEnd"/>
      <w:r>
        <w:t>tkazish</w:t>
      </w:r>
      <w:proofErr w:type="spellEnd"/>
      <w:r>
        <w:t xml:space="preserve">, </w:t>
      </w:r>
      <w:proofErr w:type="spellStart"/>
      <w:r>
        <w:t>kamsitish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salbiy</w:t>
      </w:r>
      <w:proofErr w:type="spellEnd"/>
      <w:r>
        <w:t xml:space="preserve"> </w:t>
      </w:r>
      <w:proofErr w:type="spellStart"/>
      <w:r>
        <w:t>ta</w:t>
      </w:r>
      <w:r w:rsidR="001B05E6">
        <w:t>’</w:t>
      </w:r>
      <w:r>
        <w:t>sir</w:t>
      </w:r>
      <w:proofErr w:type="spellEnd"/>
      <w:r>
        <w:t xml:space="preserve"> </w:t>
      </w:r>
      <w:proofErr w:type="spellStart"/>
      <w:r>
        <w:t>choralarini</w:t>
      </w:r>
      <w:proofErr w:type="spellEnd"/>
      <w:r>
        <w:t xml:space="preserve"> </w:t>
      </w:r>
      <w:proofErr w:type="spellStart"/>
      <w:r>
        <w:t>qo‘llashga</w:t>
      </w:r>
      <w:proofErr w:type="spellEnd"/>
      <w:r>
        <w:t xml:space="preserve"> </w:t>
      </w:r>
      <w:proofErr w:type="spellStart"/>
      <w:r>
        <w:t>yo‘l</w:t>
      </w:r>
      <w:proofErr w:type="spellEnd"/>
      <w:r>
        <w:t xml:space="preserve"> </w:t>
      </w:r>
      <w:proofErr w:type="spellStart"/>
      <w:r>
        <w:t>qo‘yilmaydi</w:t>
      </w:r>
      <w:proofErr w:type="spellEnd"/>
      <w:r>
        <w:t>.</w:t>
      </w:r>
    </w:p>
    <w:p w14:paraId="2C3EC936" w14:textId="285D4A52" w:rsidR="00A9562E" w:rsidRDefault="00A9562E" w:rsidP="007D533E">
      <w:pPr>
        <w:pStyle w:val="ae"/>
        <w:tabs>
          <w:tab w:val="left" w:pos="1134"/>
        </w:tabs>
        <w:spacing w:after="120" w:line="240" w:lineRule="auto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6</w:t>
      </w:r>
      <w:r w:rsidRPr="00A9562E">
        <w:rPr>
          <w:b/>
          <w:bCs/>
        </w:rPr>
        <w:t xml:space="preserve">-bob. </w:t>
      </w:r>
      <w:proofErr w:type="spellStart"/>
      <w:r w:rsidRPr="00A9562E">
        <w:rPr>
          <w:b/>
          <w:bCs/>
        </w:rPr>
        <w:t>Korrupsiyaga</w:t>
      </w:r>
      <w:proofErr w:type="spellEnd"/>
      <w:r w:rsidRPr="00A9562E">
        <w:rPr>
          <w:b/>
          <w:bCs/>
        </w:rPr>
        <w:t xml:space="preserve"> </w:t>
      </w:r>
      <w:proofErr w:type="spellStart"/>
      <w:r w:rsidRPr="00A9562E">
        <w:rPr>
          <w:b/>
          <w:bCs/>
        </w:rPr>
        <w:t>qarshi</w:t>
      </w:r>
      <w:proofErr w:type="spellEnd"/>
      <w:r w:rsidRPr="00A9562E">
        <w:rPr>
          <w:b/>
          <w:bCs/>
        </w:rPr>
        <w:t xml:space="preserve"> </w:t>
      </w:r>
      <w:proofErr w:type="spellStart"/>
      <w:r w:rsidRPr="00A9562E">
        <w:rPr>
          <w:b/>
          <w:bCs/>
        </w:rPr>
        <w:t>kurashish</w:t>
      </w:r>
      <w:proofErr w:type="spellEnd"/>
      <w:r w:rsidRPr="00A9562E">
        <w:rPr>
          <w:b/>
          <w:bCs/>
        </w:rPr>
        <w:t xml:space="preserve"> </w:t>
      </w:r>
      <w:proofErr w:type="spellStart"/>
      <w:r w:rsidRPr="00A9562E">
        <w:rPr>
          <w:b/>
          <w:bCs/>
        </w:rPr>
        <w:t>bo'yicha</w:t>
      </w:r>
      <w:proofErr w:type="spellEnd"/>
      <w:r w:rsidRPr="00A9562E">
        <w:rPr>
          <w:b/>
          <w:bCs/>
        </w:rPr>
        <w:t xml:space="preserve"> </w:t>
      </w:r>
      <w:proofErr w:type="spellStart"/>
      <w:r w:rsidRPr="00A9562E">
        <w:rPr>
          <w:b/>
          <w:bCs/>
        </w:rPr>
        <w:t>mas</w:t>
      </w:r>
      <w:r w:rsidR="001B05E6">
        <w:rPr>
          <w:b/>
          <w:bCs/>
        </w:rPr>
        <w:t>’</w:t>
      </w:r>
      <w:r w:rsidRPr="00A9562E">
        <w:rPr>
          <w:b/>
          <w:bCs/>
        </w:rPr>
        <w:t>ul</w:t>
      </w:r>
      <w:proofErr w:type="spellEnd"/>
      <w:r w:rsidRPr="00A9562E">
        <w:rPr>
          <w:b/>
          <w:bCs/>
        </w:rPr>
        <w:t xml:space="preserve"> </w:t>
      </w:r>
      <w:proofErr w:type="spellStart"/>
      <w:r w:rsidRPr="00A9562E">
        <w:rPr>
          <w:b/>
          <w:bCs/>
        </w:rPr>
        <w:t>shaxsning</w:t>
      </w:r>
      <w:proofErr w:type="spellEnd"/>
      <w:r w:rsidRPr="00A9562E">
        <w:rPr>
          <w:b/>
          <w:bCs/>
        </w:rPr>
        <w:t xml:space="preserve"> </w:t>
      </w:r>
      <w:proofErr w:type="spellStart"/>
      <w:r w:rsidRPr="00A9562E">
        <w:rPr>
          <w:b/>
          <w:bCs/>
        </w:rPr>
        <w:t>vakolatlari</w:t>
      </w:r>
      <w:proofErr w:type="spellEnd"/>
    </w:p>
    <w:p w14:paraId="597EB5C5" w14:textId="6AD69E3F" w:rsidR="00A9562E" w:rsidRPr="00A9562E" w:rsidRDefault="00A9562E" w:rsidP="007D533E">
      <w:pPr>
        <w:pStyle w:val="ae"/>
        <w:numPr>
          <w:ilvl w:val="0"/>
          <w:numId w:val="10"/>
        </w:numPr>
        <w:tabs>
          <w:tab w:val="left" w:pos="1276"/>
        </w:tabs>
        <w:spacing w:after="120" w:line="240" w:lineRule="auto"/>
        <w:ind w:left="0" w:firstLine="709"/>
        <w:contextualSpacing w:val="0"/>
        <w:jc w:val="both"/>
        <w:rPr>
          <w:rFonts w:cs="Times New Roman"/>
          <w:szCs w:val="28"/>
          <w:lang w:eastAsia="ru-RU"/>
        </w:rPr>
      </w:pPr>
      <w:proofErr w:type="spellStart"/>
      <w:r w:rsidRPr="00A9562E">
        <w:rPr>
          <w:rFonts w:cs="Times New Roman"/>
          <w:szCs w:val="28"/>
          <w:lang w:eastAsia="ru-RU"/>
        </w:rPr>
        <w:t>Universitetda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korrupsiyaga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qarshi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kurashish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faoliyatini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muvofiqlashtirish</w:t>
      </w:r>
      <w:proofErr w:type="spellEnd"/>
      <w:r w:rsidRPr="00A9562E">
        <w:rPr>
          <w:rFonts w:cs="Times New Roman"/>
          <w:szCs w:val="28"/>
          <w:lang w:eastAsia="ru-RU"/>
        </w:rPr>
        <w:t xml:space="preserve">, </w:t>
      </w:r>
      <w:proofErr w:type="spellStart"/>
      <w:r w:rsidRPr="00A9562E">
        <w:rPr>
          <w:rFonts w:cs="Times New Roman"/>
          <w:szCs w:val="28"/>
          <w:lang w:eastAsia="ru-RU"/>
        </w:rPr>
        <w:t>mazkur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Qoidalar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ijrosini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ta</w:t>
      </w:r>
      <w:r>
        <w:rPr>
          <w:rFonts w:cs="Times New Roman"/>
          <w:szCs w:val="28"/>
          <w:lang w:eastAsia="ru-RU"/>
        </w:rPr>
        <w:t>’</w:t>
      </w:r>
      <w:r w:rsidRPr="00A9562E">
        <w:rPr>
          <w:rFonts w:cs="Times New Roman"/>
          <w:szCs w:val="28"/>
          <w:lang w:eastAsia="ru-RU"/>
        </w:rPr>
        <w:t>minlash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hamda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korrupsiyaning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oldini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olishga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qaratilgan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chora-tadbirlarni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amalga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oshirish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maqsadida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rektor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proofErr w:type="gramStart"/>
      <w:r w:rsidRPr="00A9562E">
        <w:rPr>
          <w:rFonts w:cs="Times New Roman"/>
          <w:szCs w:val="28"/>
          <w:lang w:eastAsia="ru-RU"/>
        </w:rPr>
        <w:t>buyrug‘</w:t>
      </w:r>
      <w:proofErr w:type="gramEnd"/>
      <w:r w:rsidRPr="00A9562E">
        <w:rPr>
          <w:rFonts w:cs="Times New Roman"/>
          <w:szCs w:val="28"/>
          <w:lang w:eastAsia="ru-RU"/>
        </w:rPr>
        <w:t>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bilan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Korrupsiyaga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qarshi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kurashish</w:t>
      </w:r>
      <w:proofErr w:type="spellEnd"/>
      <w:r w:rsidRPr="00A9562E">
        <w:rPr>
          <w:rFonts w:cs="Times New Roman"/>
          <w:szCs w:val="28"/>
          <w:lang w:eastAsia="ru-RU"/>
        </w:rPr>
        <w:t xml:space="preserve"> “</w:t>
      </w:r>
      <w:proofErr w:type="spellStart"/>
      <w:r w:rsidRPr="00A9562E">
        <w:rPr>
          <w:rFonts w:cs="Times New Roman"/>
          <w:szCs w:val="28"/>
          <w:lang w:eastAsia="ru-RU"/>
        </w:rPr>
        <w:t>komplayens</w:t>
      </w:r>
      <w:proofErr w:type="spellEnd"/>
      <w:r w:rsidR="007A542E">
        <w:rPr>
          <w:rFonts w:cs="Times New Roman"/>
          <w:szCs w:val="28"/>
          <w:lang w:eastAsia="ru-RU"/>
        </w:rPr>
        <w:t> - </w:t>
      </w:r>
      <w:proofErr w:type="spellStart"/>
      <w:r w:rsidRPr="00A9562E">
        <w:rPr>
          <w:rFonts w:cs="Times New Roman"/>
          <w:szCs w:val="28"/>
          <w:lang w:eastAsia="ru-RU"/>
        </w:rPr>
        <w:t>nazorat</w:t>
      </w:r>
      <w:proofErr w:type="spellEnd"/>
      <w:r w:rsidRPr="00A9562E">
        <w:rPr>
          <w:rFonts w:cs="Times New Roman"/>
          <w:szCs w:val="28"/>
          <w:lang w:eastAsia="ru-RU"/>
        </w:rPr>
        <w:t xml:space="preserve">” </w:t>
      </w:r>
      <w:proofErr w:type="spellStart"/>
      <w:r w:rsidRPr="00A9562E">
        <w:rPr>
          <w:rFonts w:cs="Times New Roman"/>
          <w:szCs w:val="28"/>
          <w:lang w:eastAsia="ru-RU"/>
        </w:rPr>
        <w:t>bo‘yicha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mas</w:t>
      </w:r>
      <w:r w:rsidR="001B05E6">
        <w:rPr>
          <w:rFonts w:cs="Times New Roman"/>
          <w:szCs w:val="28"/>
          <w:lang w:eastAsia="ru-RU"/>
        </w:rPr>
        <w:t>’</w:t>
      </w:r>
      <w:r w:rsidRPr="00A9562E">
        <w:rPr>
          <w:rFonts w:cs="Times New Roman"/>
          <w:szCs w:val="28"/>
          <w:lang w:eastAsia="ru-RU"/>
        </w:rPr>
        <w:t>ul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shaxs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belgilanadi</w:t>
      </w:r>
      <w:proofErr w:type="spellEnd"/>
      <w:r w:rsidRPr="00A9562E">
        <w:rPr>
          <w:rFonts w:cs="Times New Roman"/>
          <w:szCs w:val="28"/>
          <w:lang w:eastAsia="ru-RU"/>
        </w:rPr>
        <w:t>.</w:t>
      </w:r>
    </w:p>
    <w:p w14:paraId="0ADF3205" w14:textId="0FAD1449" w:rsidR="00A90C8C" w:rsidRDefault="005D60F3" w:rsidP="007D533E">
      <w:pPr>
        <w:pStyle w:val="ae"/>
        <w:numPr>
          <w:ilvl w:val="0"/>
          <w:numId w:val="10"/>
        </w:numPr>
        <w:tabs>
          <w:tab w:val="left" w:pos="1276"/>
        </w:tabs>
        <w:spacing w:after="120" w:line="240" w:lineRule="auto"/>
        <w:contextualSpacing w:val="0"/>
        <w:jc w:val="both"/>
      </w:pPr>
      <w:r>
        <w:rPr>
          <w:rFonts w:cs="Times New Roman"/>
          <w:szCs w:val="28"/>
          <w:lang w:eastAsia="ru-RU"/>
        </w:rPr>
        <w:tab/>
      </w:r>
      <w:proofErr w:type="spellStart"/>
      <w:r w:rsidR="004B403E">
        <w:rPr>
          <w:rFonts w:cs="Times New Roman"/>
          <w:szCs w:val="28"/>
          <w:lang w:eastAsia="ru-RU"/>
        </w:rPr>
        <w:t>M</w:t>
      </w:r>
      <w:r w:rsidR="00A9562E" w:rsidRPr="00A9562E">
        <w:rPr>
          <w:rFonts w:cs="Times New Roman"/>
          <w:szCs w:val="28"/>
          <w:lang w:eastAsia="ru-RU"/>
        </w:rPr>
        <w:t>as</w:t>
      </w:r>
      <w:r w:rsidR="001B05E6">
        <w:rPr>
          <w:rFonts w:cs="Times New Roman"/>
          <w:szCs w:val="28"/>
          <w:lang w:eastAsia="ru-RU"/>
        </w:rPr>
        <w:t>’</w:t>
      </w:r>
      <w:r w:rsidR="00A9562E" w:rsidRPr="00A9562E">
        <w:rPr>
          <w:rFonts w:cs="Times New Roman"/>
          <w:szCs w:val="28"/>
          <w:lang w:eastAsia="ru-RU"/>
        </w:rPr>
        <w:t>ul</w:t>
      </w:r>
      <w:proofErr w:type="spellEnd"/>
      <w:r w:rsidR="00A9562E"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="00A9562E" w:rsidRPr="00A9562E">
        <w:rPr>
          <w:rFonts w:cs="Times New Roman"/>
          <w:szCs w:val="28"/>
          <w:lang w:eastAsia="ru-RU"/>
        </w:rPr>
        <w:t>shaxs</w:t>
      </w:r>
      <w:proofErr w:type="spellEnd"/>
      <w:r w:rsidR="00A9562E" w:rsidRPr="00A9562E">
        <w:rPr>
          <w:rFonts w:cs="Times New Roman"/>
          <w:szCs w:val="28"/>
          <w:lang w:eastAsia="ru-RU"/>
        </w:rPr>
        <w:t xml:space="preserve"> </w:t>
      </w:r>
      <w:proofErr w:type="spellStart"/>
      <w:proofErr w:type="gramStart"/>
      <w:r w:rsidR="00A90C8C">
        <w:t>o‘</w:t>
      </w:r>
      <w:proofErr w:type="gramEnd"/>
      <w:r w:rsidR="00A90C8C">
        <w:t>z</w:t>
      </w:r>
      <w:proofErr w:type="spellEnd"/>
      <w:r w:rsidR="00A90C8C">
        <w:t xml:space="preserve"> </w:t>
      </w:r>
      <w:proofErr w:type="spellStart"/>
      <w:r w:rsidR="00A90C8C">
        <w:t>vakolatlari</w:t>
      </w:r>
      <w:proofErr w:type="spellEnd"/>
      <w:r w:rsidR="00A90C8C">
        <w:t xml:space="preserve"> </w:t>
      </w:r>
      <w:proofErr w:type="spellStart"/>
      <w:r w:rsidR="00A90C8C">
        <w:t>doirasida</w:t>
      </w:r>
      <w:proofErr w:type="spellEnd"/>
      <w:r w:rsidR="00A90C8C">
        <w:t>:</w:t>
      </w:r>
    </w:p>
    <w:p w14:paraId="5903FBA9" w14:textId="77777777" w:rsidR="00A90C8C" w:rsidRPr="00A90C8C" w:rsidRDefault="00A90C8C" w:rsidP="007D533E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cs="Times New Roman"/>
          <w:szCs w:val="28"/>
          <w:lang w:eastAsia="ru-RU"/>
        </w:rPr>
      </w:pPr>
      <w:proofErr w:type="spellStart"/>
      <w:r w:rsidRPr="00A90C8C">
        <w:rPr>
          <w:rFonts w:cs="Times New Roman"/>
          <w:szCs w:val="28"/>
          <w:lang w:eastAsia="ru-RU"/>
        </w:rPr>
        <w:t>Universitetning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korrupsiyaga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qarshi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ichki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siyosati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amalga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oshirilishida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va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ushbu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sohadagi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faoliyat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muvofiqlashtirilishida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ishtirok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etadi</w:t>
      </w:r>
      <w:proofErr w:type="spellEnd"/>
      <w:r w:rsidRPr="00A90C8C">
        <w:rPr>
          <w:rFonts w:cs="Times New Roman"/>
          <w:szCs w:val="28"/>
          <w:lang w:eastAsia="ru-RU"/>
        </w:rPr>
        <w:t>;</w:t>
      </w:r>
    </w:p>
    <w:p w14:paraId="08DA7138" w14:textId="37A8BD8D" w:rsidR="00A90C8C" w:rsidRPr="00A90C8C" w:rsidRDefault="00A90C8C" w:rsidP="007D533E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cs="Times New Roman"/>
          <w:szCs w:val="28"/>
          <w:lang w:eastAsia="ru-RU"/>
        </w:rPr>
      </w:pPr>
      <w:proofErr w:type="spellStart"/>
      <w:r w:rsidRPr="00A90C8C">
        <w:rPr>
          <w:rFonts w:cs="Times New Roman"/>
          <w:szCs w:val="28"/>
          <w:lang w:eastAsia="ru-RU"/>
        </w:rPr>
        <w:t>korrupsiyaning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oldini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olishga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qaratilgan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ichki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nazorat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mexanizmlari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joriy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etilishi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yuzasidan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takliflar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ishlab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chiqadi</w:t>
      </w:r>
      <w:proofErr w:type="spellEnd"/>
      <w:r w:rsidRPr="00A90C8C">
        <w:rPr>
          <w:rFonts w:cs="Times New Roman"/>
          <w:szCs w:val="28"/>
          <w:lang w:eastAsia="ru-RU"/>
        </w:rPr>
        <w:t>;</w:t>
      </w:r>
    </w:p>
    <w:p w14:paraId="3F361742" w14:textId="4B896D2A" w:rsidR="00A90C8C" w:rsidRPr="00A90C8C" w:rsidRDefault="00A90C8C" w:rsidP="007D533E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cs="Times New Roman"/>
          <w:szCs w:val="28"/>
          <w:lang w:eastAsia="ru-RU"/>
        </w:rPr>
      </w:pPr>
      <w:proofErr w:type="spellStart"/>
      <w:r w:rsidRPr="00A90C8C">
        <w:rPr>
          <w:rFonts w:cs="Times New Roman"/>
          <w:szCs w:val="28"/>
          <w:lang w:eastAsia="ru-RU"/>
        </w:rPr>
        <w:t>korrupsiyaga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oid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xavf-xatarlarni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aniqlash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va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baholashni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tashkil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etadi</w:t>
      </w:r>
      <w:proofErr w:type="spellEnd"/>
      <w:r w:rsidRPr="00A90C8C">
        <w:rPr>
          <w:rFonts w:cs="Times New Roman"/>
          <w:szCs w:val="28"/>
          <w:lang w:eastAsia="ru-RU"/>
        </w:rPr>
        <w:t xml:space="preserve">, </w:t>
      </w:r>
      <w:proofErr w:type="spellStart"/>
      <w:r w:rsidRPr="00A90C8C">
        <w:rPr>
          <w:rFonts w:cs="Times New Roman"/>
          <w:szCs w:val="28"/>
          <w:lang w:eastAsia="ru-RU"/>
        </w:rPr>
        <w:t>yuqori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xavf-xatarli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funksiya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va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lavozimlar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proofErr w:type="gramStart"/>
      <w:r w:rsidRPr="00A90C8C">
        <w:rPr>
          <w:rFonts w:cs="Times New Roman"/>
          <w:szCs w:val="28"/>
          <w:lang w:eastAsia="ru-RU"/>
        </w:rPr>
        <w:t>ro‘</w:t>
      </w:r>
      <w:proofErr w:type="gramEnd"/>
      <w:r w:rsidRPr="00A90C8C">
        <w:rPr>
          <w:rFonts w:cs="Times New Roman"/>
          <w:szCs w:val="28"/>
          <w:lang w:eastAsia="ru-RU"/>
        </w:rPr>
        <w:t>yxati</w:t>
      </w:r>
      <w:proofErr w:type="spellEnd"/>
      <w:r w:rsidRPr="00A90C8C">
        <w:rPr>
          <w:rFonts w:cs="Times New Roman"/>
          <w:szCs w:val="28"/>
          <w:lang w:eastAsia="ru-RU"/>
        </w:rPr>
        <w:t xml:space="preserve">, </w:t>
      </w:r>
      <w:proofErr w:type="spellStart"/>
      <w:r w:rsidRPr="00A90C8C">
        <w:rPr>
          <w:rFonts w:cs="Times New Roman"/>
          <w:szCs w:val="28"/>
          <w:lang w:eastAsia="ru-RU"/>
        </w:rPr>
        <w:t>xavf-xatarlar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xaritasi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hamda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chora-tadbirlar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rejasini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ishlab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chiqishda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ishtirok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etadi</w:t>
      </w:r>
      <w:proofErr w:type="spellEnd"/>
      <w:r w:rsidRPr="00A90C8C">
        <w:rPr>
          <w:rFonts w:cs="Times New Roman"/>
          <w:szCs w:val="28"/>
          <w:lang w:eastAsia="ru-RU"/>
        </w:rPr>
        <w:t>;</w:t>
      </w:r>
    </w:p>
    <w:p w14:paraId="1927155F" w14:textId="6218DD46" w:rsidR="00A90C8C" w:rsidRPr="00A90C8C" w:rsidRDefault="00A90C8C" w:rsidP="007D533E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cs="Times New Roman"/>
          <w:szCs w:val="28"/>
          <w:lang w:eastAsia="ru-RU"/>
        </w:rPr>
      </w:pPr>
      <w:proofErr w:type="spellStart"/>
      <w:r w:rsidRPr="00A90C8C">
        <w:rPr>
          <w:rFonts w:cs="Times New Roman"/>
          <w:szCs w:val="28"/>
          <w:lang w:eastAsia="ru-RU"/>
        </w:rPr>
        <w:t>qonunchilik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va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ichki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hujjatlar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talablariga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rioya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etilishi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yuzasidan</w:t>
      </w:r>
      <w:proofErr w:type="spellEnd"/>
      <w:r w:rsidRPr="00A90C8C">
        <w:rPr>
          <w:rFonts w:cs="Times New Roman"/>
          <w:szCs w:val="28"/>
          <w:lang w:eastAsia="ru-RU"/>
        </w:rPr>
        <w:t xml:space="preserve"> monitoring </w:t>
      </w:r>
      <w:proofErr w:type="spellStart"/>
      <w:proofErr w:type="gramStart"/>
      <w:r w:rsidRPr="00A90C8C">
        <w:rPr>
          <w:rFonts w:cs="Times New Roman"/>
          <w:szCs w:val="28"/>
          <w:lang w:eastAsia="ru-RU"/>
        </w:rPr>
        <w:t>o‘</w:t>
      </w:r>
      <w:proofErr w:type="gramEnd"/>
      <w:r w:rsidRPr="00A90C8C">
        <w:rPr>
          <w:rFonts w:cs="Times New Roman"/>
          <w:szCs w:val="28"/>
          <w:lang w:eastAsia="ru-RU"/>
        </w:rPr>
        <w:t>tkazadi</w:t>
      </w:r>
      <w:proofErr w:type="spellEnd"/>
      <w:r w:rsidRPr="00A90C8C">
        <w:rPr>
          <w:rFonts w:cs="Times New Roman"/>
          <w:szCs w:val="28"/>
          <w:lang w:eastAsia="ru-RU"/>
        </w:rPr>
        <w:t>;</w:t>
      </w:r>
    </w:p>
    <w:p w14:paraId="1982F8FF" w14:textId="4F5AE020" w:rsidR="00A90C8C" w:rsidRDefault="00A90C8C" w:rsidP="007D533E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cs="Times New Roman"/>
          <w:szCs w:val="28"/>
          <w:lang w:eastAsia="ru-RU"/>
        </w:rPr>
      </w:pPr>
      <w:proofErr w:type="spellStart"/>
      <w:r w:rsidRPr="00A90C8C">
        <w:rPr>
          <w:rFonts w:cs="Times New Roman"/>
          <w:szCs w:val="28"/>
          <w:lang w:eastAsia="ru-RU"/>
        </w:rPr>
        <w:t>korrupsiyaga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oid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xabarlarni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qabul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qiladi</w:t>
      </w:r>
      <w:proofErr w:type="spellEnd"/>
      <w:r w:rsidRPr="00A90C8C">
        <w:rPr>
          <w:rFonts w:cs="Times New Roman"/>
          <w:szCs w:val="28"/>
          <w:lang w:eastAsia="ru-RU"/>
        </w:rPr>
        <w:t xml:space="preserve">, </w:t>
      </w:r>
      <w:proofErr w:type="spellStart"/>
      <w:r w:rsidRPr="00A90C8C">
        <w:rPr>
          <w:rFonts w:cs="Times New Roman"/>
          <w:szCs w:val="28"/>
          <w:lang w:eastAsia="ru-RU"/>
        </w:rPr>
        <w:t>dastlabki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proofErr w:type="gramStart"/>
      <w:r w:rsidRPr="00A90C8C">
        <w:rPr>
          <w:rFonts w:cs="Times New Roman"/>
          <w:szCs w:val="28"/>
          <w:lang w:eastAsia="ru-RU"/>
        </w:rPr>
        <w:t>o‘</w:t>
      </w:r>
      <w:proofErr w:type="gramEnd"/>
      <w:r w:rsidRPr="00A90C8C">
        <w:rPr>
          <w:rFonts w:cs="Times New Roman"/>
          <w:szCs w:val="28"/>
          <w:lang w:eastAsia="ru-RU"/>
        </w:rPr>
        <w:t>rganishni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amalga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oshiradi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va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ularni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vakolatli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komissiya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yoki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organga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yuborish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yuzasidan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rahbariyatga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taklif</w:t>
      </w:r>
      <w:proofErr w:type="spellEnd"/>
      <w:r w:rsidRPr="00A90C8C">
        <w:rPr>
          <w:rFonts w:cs="Times New Roman"/>
          <w:szCs w:val="28"/>
          <w:lang w:eastAsia="ru-RU"/>
        </w:rPr>
        <w:t xml:space="preserve"> </w:t>
      </w:r>
      <w:proofErr w:type="spellStart"/>
      <w:r w:rsidRPr="00A90C8C">
        <w:rPr>
          <w:rFonts w:cs="Times New Roman"/>
          <w:szCs w:val="28"/>
          <w:lang w:eastAsia="ru-RU"/>
        </w:rPr>
        <w:t>kiritadi</w:t>
      </w:r>
      <w:proofErr w:type="spellEnd"/>
      <w:r w:rsidRPr="00A90C8C">
        <w:rPr>
          <w:rFonts w:cs="Times New Roman"/>
          <w:szCs w:val="28"/>
          <w:lang w:eastAsia="ru-RU"/>
        </w:rPr>
        <w:t>;</w:t>
      </w:r>
    </w:p>
    <w:p w14:paraId="3333330F" w14:textId="14D7943C" w:rsidR="00A90C8C" w:rsidRPr="00A9562E" w:rsidRDefault="00A90C8C" w:rsidP="007D533E">
      <w:pPr>
        <w:tabs>
          <w:tab w:val="left" w:pos="993"/>
        </w:tabs>
        <w:spacing w:after="120" w:line="240" w:lineRule="auto"/>
        <w:ind w:firstLine="709"/>
        <w:jc w:val="both"/>
        <w:rPr>
          <w:rFonts w:cs="Times New Roman"/>
          <w:szCs w:val="28"/>
          <w:lang w:eastAsia="ru-RU"/>
        </w:rPr>
      </w:pPr>
      <w:proofErr w:type="spellStart"/>
      <w:r w:rsidRPr="00A9562E">
        <w:rPr>
          <w:rFonts w:cs="Times New Roman"/>
          <w:szCs w:val="28"/>
          <w:lang w:eastAsia="ru-RU"/>
        </w:rPr>
        <w:lastRenderedPageBreak/>
        <w:t>Universitet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xodimlari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va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talabalari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proofErr w:type="gramStart"/>
      <w:r w:rsidRPr="00A9562E">
        <w:rPr>
          <w:rFonts w:cs="Times New Roman"/>
          <w:szCs w:val="28"/>
          <w:lang w:eastAsia="ru-RU"/>
        </w:rPr>
        <w:t>o‘</w:t>
      </w:r>
      <w:proofErr w:type="gramEnd"/>
      <w:r w:rsidRPr="00A9562E">
        <w:rPr>
          <w:rFonts w:cs="Times New Roman"/>
          <w:szCs w:val="28"/>
          <w:lang w:eastAsia="ru-RU"/>
        </w:rPr>
        <w:t>rtasida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korrupsiyaning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oldini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olishga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qaratilgan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targ‘ibot-tashviqot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ishlari</w:t>
      </w:r>
      <w:proofErr w:type="spellEnd"/>
      <w:r w:rsidRPr="00A9562E">
        <w:rPr>
          <w:rFonts w:cs="Times New Roman"/>
          <w:szCs w:val="28"/>
          <w:lang w:eastAsia="ru-RU"/>
        </w:rPr>
        <w:t xml:space="preserve">, </w:t>
      </w:r>
      <w:proofErr w:type="spellStart"/>
      <w:r w:rsidRPr="00A9562E">
        <w:rPr>
          <w:rFonts w:cs="Times New Roman"/>
          <w:szCs w:val="28"/>
          <w:lang w:eastAsia="ru-RU"/>
        </w:rPr>
        <w:t>seminarlar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va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tushuntirish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tadbirlarini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tashkil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etish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hamda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ularning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huquqiy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ongi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va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huquqiy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madaniyatini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yuksaltirish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choralarini</w:t>
      </w:r>
      <w:proofErr w:type="spellEnd"/>
      <w:r w:rsidRPr="00A9562E">
        <w:rPr>
          <w:rFonts w:cs="Times New Roman"/>
          <w:szCs w:val="28"/>
          <w:lang w:eastAsia="ru-RU"/>
        </w:rPr>
        <w:t xml:space="preserve"> </w:t>
      </w:r>
      <w:proofErr w:type="spellStart"/>
      <w:r w:rsidRPr="00A9562E">
        <w:rPr>
          <w:rFonts w:cs="Times New Roman"/>
          <w:szCs w:val="28"/>
          <w:lang w:eastAsia="ru-RU"/>
        </w:rPr>
        <w:t>ko‘r</w:t>
      </w:r>
      <w:r>
        <w:rPr>
          <w:rFonts w:cs="Times New Roman"/>
          <w:szCs w:val="28"/>
          <w:lang w:eastAsia="ru-RU"/>
        </w:rPr>
        <w:t>adi</w:t>
      </w:r>
      <w:proofErr w:type="spellEnd"/>
      <w:r w:rsidRPr="00A9562E">
        <w:rPr>
          <w:rFonts w:cs="Times New Roman"/>
          <w:szCs w:val="28"/>
          <w:lang w:eastAsia="ru-RU"/>
        </w:rPr>
        <w:t xml:space="preserve">; </w:t>
      </w:r>
    </w:p>
    <w:p w14:paraId="7B6F5A20" w14:textId="36A567CB" w:rsidR="00A90C8C" w:rsidRDefault="00A90C8C" w:rsidP="007D533E">
      <w:pPr>
        <w:pStyle w:val="ae"/>
        <w:tabs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cs="Times New Roman"/>
          <w:szCs w:val="28"/>
          <w:lang w:eastAsia="ru-RU"/>
        </w:rPr>
      </w:pPr>
      <w:proofErr w:type="spellStart"/>
      <w:r>
        <w:t>korrupsiyaga</w:t>
      </w:r>
      <w:proofErr w:type="spellEnd"/>
      <w:r>
        <w:t xml:space="preserve"> </w:t>
      </w:r>
      <w:proofErr w:type="spellStart"/>
      <w:r>
        <w:t>qarshi</w:t>
      </w:r>
      <w:proofErr w:type="spellEnd"/>
      <w:r>
        <w:t xml:space="preserve"> </w:t>
      </w:r>
      <w:proofErr w:type="spellStart"/>
      <w:r>
        <w:t>faoliyat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manfaatlar</w:t>
      </w:r>
      <w:proofErr w:type="spellEnd"/>
      <w:r>
        <w:t xml:space="preserve"> </w:t>
      </w:r>
      <w:proofErr w:type="spellStart"/>
      <w:proofErr w:type="gramStart"/>
      <w:r>
        <w:t>to‘</w:t>
      </w:r>
      <w:proofErr w:type="gramEnd"/>
      <w:r>
        <w:t>qnashuvi</w:t>
      </w:r>
      <w:proofErr w:type="spellEnd"/>
      <w:r>
        <w:t xml:space="preserve"> </w:t>
      </w:r>
      <w:proofErr w:type="spellStart"/>
      <w:r>
        <w:t>bo‘yicha</w:t>
      </w:r>
      <w:proofErr w:type="spellEnd"/>
      <w:r>
        <w:t xml:space="preserve"> </w:t>
      </w:r>
      <w:proofErr w:type="spellStart"/>
      <w:r>
        <w:t>yillik</w:t>
      </w:r>
      <w:proofErr w:type="spellEnd"/>
      <w:r>
        <w:t xml:space="preserve"> </w:t>
      </w:r>
      <w:proofErr w:type="spellStart"/>
      <w:r>
        <w:t>axborot-tahliliy</w:t>
      </w:r>
      <w:proofErr w:type="spellEnd"/>
      <w:r>
        <w:t xml:space="preserve"> </w:t>
      </w:r>
      <w:proofErr w:type="spellStart"/>
      <w:r>
        <w:t>hisobotlarni</w:t>
      </w:r>
      <w:proofErr w:type="spellEnd"/>
      <w:r>
        <w:t xml:space="preserve"> </w:t>
      </w:r>
      <w:proofErr w:type="spellStart"/>
      <w:r>
        <w:t>tayyorlaydi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qonunchilikda</w:t>
      </w:r>
      <w:proofErr w:type="spellEnd"/>
      <w:r>
        <w:t xml:space="preserve"> </w:t>
      </w:r>
      <w:proofErr w:type="spellStart"/>
      <w:r>
        <w:t>nazarda</w:t>
      </w:r>
      <w:proofErr w:type="spellEnd"/>
      <w:r>
        <w:t xml:space="preserve"> </w:t>
      </w:r>
      <w:proofErr w:type="spellStart"/>
      <w:r>
        <w:t>tutilgan</w:t>
      </w:r>
      <w:proofErr w:type="spellEnd"/>
      <w:r>
        <w:t xml:space="preserve"> </w:t>
      </w:r>
      <w:proofErr w:type="spellStart"/>
      <w:r>
        <w:t>ma’lumotlarning</w:t>
      </w:r>
      <w:proofErr w:type="spellEnd"/>
      <w:r>
        <w:t xml:space="preserve"> </w:t>
      </w:r>
      <w:proofErr w:type="spellStart"/>
      <w:r>
        <w:t>Universitet</w:t>
      </w:r>
      <w:proofErr w:type="spellEnd"/>
      <w:r>
        <w:t xml:space="preserve"> </w:t>
      </w:r>
      <w:proofErr w:type="spellStart"/>
      <w:r>
        <w:t>rasmiy</w:t>
      </w:r>
      <w:proofErr w:type="spellEnd"/>
      <w:r>
        <w:t xml:space="preserve"> </w:t>
      </w:r>
      <w:proofErr w:type="spellStart"/>
      <w:r>
        <w:t>veb-saytida</w:t>
      </w:r>
      <w:proofErr w:type="spellEnd"/>
      <w:r>
        <w:t xml:space="preserve"> </w:t>
      </w:r>
      <w:proofErr w:type="spellStart"/>
      <w:r>
        <w:t>e’lon</w:t>
      </w:r>
      <w:proofErr w:type="spellEnd"/>
      <w:r>
        <w:t xml:space="preserve"> </w:t>
      </w:r>
      <w:proofErr w:type="spellStart"/>
      <w:r>
        <w:t>qilinishini</w:t>
      </w:r>
      <w:proofErr w:type="spellEnd"/>
      <w:r>
        <w:t xml:space="preserve"> </w:t>
      </w:r>
      <w:proofErr w:type="spellStart"/>
      <w:r>
        <w:t>ta’minlaydi</w:t>
      </w:r>
      <w:proofErr w:type="spellEnd"/>
      <w:r>
        <w:t>.</w:t>
      </w:r>
    </w:p>
    <w:p w14:paraId="480A0D79" w14:textId="623F96A1" w:rsidR="00A9562E" w:rsidRDefault="00B34EB7" w:rsidP="007D533E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>7</w:t>
      </w:r>
      <w:r w:rsidR="00A9562E" w:rsidRPr="00A9562E">
        <w:rPr>
          <w:b/>
          <w:bCs/>
        </w:rPr>
        <w:t xml:space="preserve">-bob. </w:t>
      </w:r>
      <w:proofErr w:type="spellStart"/>
      <w:r w:rsidR="00A9562E" w:rsidRPr="00A9562E">
        <w:rPr>
          <w:b/>
          <w:bCs/>
        </w:rPr>
        <w:t>Yakunlovchi</w:t>
      </w:r>
      <w:proofErr w:type="spellEnd"/>
      <w:r w:rsidR="00A9562E" w:rsidRPr="00A9562E">
        <w:rPr>
          <w:b/>
          <w:bCs/>
        </w:rPr>
        <w:t xml:space="preserve"> </w:t>
      </w:r>
      <w:proofErr w:type="spellStart"/>
      <w:r w:rsidR="00A9562E" w:rsidRPr="00A9562E">
        <w:rPr>
          <w:b/>
          <w:bCs/>
        </w:rPr>
        <w:t>qoidalar</w:t>
      </w:r>
      <w:proofErr w:type="spellEnd"/>
    </w:p>
    <w:p w14:paraId="1A638215" w14:textId="0E1E662E" w:rsidR="001B05E6" w:rsidRPr="007D533E" w:rsidRDefault="001B05E6" w:rsidP="007D533E">
      <w:pPr>
        <w:pStyle w:val="ae"/>
        <w:numPr>
          <w:ilvl w:val="0"/>
          <w:numId w:val="10"/>
        </w:numPr>
        <w:tabs>
          <w:tab w:val="left" w:pos="1276"/>
        </w:tabs>
        <w:spacing w:after="120" w:line="240" w:lineRule="auto"/>
        <w:ind w:left="0" w:firstLine="709"/>
        <w:contextualSpacing w:val="0"/>
        <w:jc w:val="both"/>
        <w:rPr>
          <w:rFonts w:cs="Times New Roman"/>
          <w:szCs w:val="28"/>
          <w:lang w:eastAsia="ru-RU"/>
        </w:rPr>
      </w:pPr>
      <w:proofErr w:type="spellStart"/>
      <w:r w:rsidRPr="007D533E">
        <w:rPr>
          <w:rFonts w:cs="Times New Roman"/>
          <w:szCs w:val="28"/>
          <w:lang w:eastAsia="ru-RU"/>
        </w:rPr>
        <w:t>Mazkur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Qoidalar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talablariga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rioya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etilishi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Universitetning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barcha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rahbarlari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va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xodimlari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uchun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majburiy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hisoblanadi</w:t>
      </w:r>
      <w:proofErr w:type="spellEnd"/>
      <w:r w:rsidRPr="007D533E">
        <w:rPr>
          <w:rFonts w:cs="Times New Roman"/>
          <w:szCs w:val="28"/>
          <w:lang w:eastAsia="ru-RU"/>
        </w:rPr>
        <w:t xml:space="preserve">. </w:t>
      </w:r>
      <w:proofErr w:type="spellStart"/>
      <w:r w:rsidRPr="007D533E">
        <w:rPr>
          <w:rFonts w:cs="Times New Roman"/>
          <w:szCs w:val="28"/>
          <w:lang w:eastAsia="ru-RU"/>
        </w:rPr>
        <w:t>Mazkur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Qoidalar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talablarini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buzish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qonunchilik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hujjatlarida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hamda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Universitetning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ichki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normativ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hujjatlarida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belgilangan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tartibda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tegishli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choralar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proofErr w:type="gramStart"/>
      <w:r w:rsidRPr="007D533E">
        <w:rPr>
          <w:rFonts w:cs="Times New Roman"/>
          <w:szCs w:val="28"/>
          <w:lang w:eastAsia="ru-RU"/>
        </w:rPr>
        <w:t>ko‘</w:t>
      </w:r>
      <w:proofErr w:type="gramEnd"/>
      <w:r w:rsidRPr="007D533E">
        <w:rPr>
          <w:rFonts w:cs="Times New Roman"/>
          <w:szCs w:val="28"/>
          <w:lang w:eastAsia="ru-RU"/>
        </w:rPr>
        <w:t>rilishiga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asos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bo‘l</w:t>
      </w:r>
      <w:r w:rsidR="005D60F3" w:rsidRPr="007D533E">
        <w:rPr>
          <w:rFonts w:cs="Times New Roman"/>
          <w:szCs w:val="28"/>
          <w:lang w:eastAsia="ru-RU"/>
        </w:rPr>
        <w:t>adi</w:t>
      </w:r>
      <w:proofErr w:type="spellEnd"/>
      <w:r w:rsidR="005D60F3" w:rsidRPr="007D533E">
        <w:rPr>
          <w:rFonts w:cs="Times New Roman"/>
          <w:szCs w:val="28"/>
          <w:lang w:eastAsia="ru-RU"/>
        </w:rPr>
        <w:t>.</w:t>
      </w:r>
    </w:p>
    <w:p w14:paraId="1CEB02EA" w14:textId="6AD7AB88" w:rsidR="00A90C8C" w:rsidRPr="007D533E" w:rsidRDefault="001B05E6" w:rsidP="007D533E">
      <w:pPr>
        <w:pStyle w:val="ae"/>
        <w:numPr>
          <w:ilvl w:val="0"/>
          <w:numId w:val="10"/>
        </w:numPr>
        <w:tabs>
          <w:tab w:val="left" w:pos="1276"/>
          <w:tab w:val="left" w:pos="1418"/>
        </w:tabs>
        <w:spacing w:after="120" w:line="240" w:lineRule="auto"/>
        <w:ind w:left="0" w:firstLine="709"/>
        <w:contextualSpacing w:val="0"/>
        <w:jc w:val="both"/>
        <w:rPr>
          <w:rFonts w:cs="Times New Roman"/>
          <w:szCs w:val="28"/>
          <w:lang w:eastAsia="ru-RU"/>
        </w:rPr>
      </w:pPr>
      <w:proofErr w:type="spellStart"/>
      <w:r w:rsidRPr="007D533E">
        <w:rPr>
          <w:rFonts w:cs="Times New Roman"/>
          <w:szCs w:val="28"/>
          <w:lang w:eastAsia="ru-RU"/>
        </w:rPr>
        <w:t>Mazkur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Qoidalarga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proofErr w:type="gramStart"/>
      <w:r w:rsidRPr="007D533E">
        <w:rPr>
          <w:rFonts w:cs="Times New Roman"/>
          <w:szCs w:val="28"/>
          <w:lang w:eastAsia="ru-RU"/>
        </w:rPr>
        <w:t>o‘</w:t>
      </w:r>
      <w:proofErr w:type="gramEnd"/>
      <w:r w:rsidRPr="007D533E">
        <w:rPr>
          <w:rFonts w:cs="Times New Roman"/>
          <w:szCs w:val="28"/>
          <w:lang w:eastAsia="ru-RU"/>
        </w:rPr>
        <w:t>zgartirish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va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qo‘shimchalar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O‘zbekiston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Respublikasi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qonunchilik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hujjatlaridagi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o‘zgarishlar</w:t>
      </w:r>
      <w:r w:rsidR="00FA3F6D" w:rsidRPr="007D533E">
        <w:rPr>
          <w:rFonts w:cs="Times New Roman"/>
          <w:szCs w:val="28"/>
          <w:lang w:eastAsia="ru-RU"/>
        </w:rPr>
        <w:t>dan</w:t>
      </w:r>
      <w:proofErr w:type="spellEnd"/>
      <w:r w:rsidR="00FA3F6D"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="00FA3F6D" w:rsidRPr="007D533E">
        <w:rPr>
          <w:rFonts w:cs="Times New Roman"/>
          <w:szCs w:val="28"/>
          <w:lang w:eastAsia="ru-RU"/>
        </w:rPr>
        <w:t>kelib</w:t>
      </w:r>
      <w:proofErr w:type="spellEnd"/>
      <w:r w:rsidR="00FA3F6D"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="00FA3F6D" w:rsidRPr="007D533E">
        <w:rPr>
          <w:rFonts w:cs="Times New Roman"/>
          <w:szCs w:val="28"/>
          <w:lang w:eastAsia="ru-RU"/>
        </w:rPr>
        <w:t>chiqib</w:t>
      </w:r>
      <w:proofErr w:type="spellEnd"/>
      <w:r w:rsidR="00FA3F6D"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Universitet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rektorining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buyrug‘i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bilan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kiritiladi</w:t>
      </w:r>
      <w:proofErr w:type="spellEnd"/>
      <w:r w:rsidRPr="007D533E">
        <w:rPr>
          <w:rFonts w:cs="Times New Roman"/>
          <w:szCs w:val="28"/>
          <w:lang w:eastAsia="ru-RU"/>
        </w:rPr>
        <w:t xml:space="preserve">. </w:t>
      </w:r>
    </w:p>
    <w:p w14:paraId="7EC521C5" w14:textId="036D3C6E" w:rsidR="00BD429E" w:rsidRPr="007D533E" w:rsidRDefault="001B05E6" w:rsidP="007D533E">
      <w:pPr>
        <w:pStyle w:val="ae"/>
        <w:numPr>
          <w:ilvl w:val="0"/>
          <w:numId w:val="10"/>
        </w:numPr>
        <w:tabs>
          <w:tab w:val="left" w:pos="1276"/>
        </w:tabs>
        <w:spacing w:after="120" w:line="240" w:lineRule="auto"/>
        <w:ind w:left="0" w:firstLine="709"/>
        <w:contextualSpacing w:val="0"/>
        <w:jc w:val="both"/>
        <w:rPr>
          <w:rFonts w:cs="Times New Roman"/>
          <w:szCs w:val="28"/>
          <w:lang w:eastAsia="ru-RU"/>
        </w:rPr>
      </w:pPr>
      <w:proofErr w:type="spellStart"/>
      <w:r w:rsidRPr="007D533E">
        <w:rPr>
          <w:rFonts w:cs="Times New Roman"/>
          <w:szCs w:val="28"/>
          <w:lang w:eastAsia="ru-RU"/>
        </w:rPr>
        <w:t>Mazkur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Qoidalar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ijrosi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ustidan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nazorat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="00A90C8C" w:rsidRPr="007D533E">
        <w:rPr>
          <w:rFonts w:cs="Times New Roman"/>
          <w:szCs w:val="28"/>
          <w:lang w:eastAsia="ru-RU"/>
        </w:rPr>
        <w:t>Mas’ul</w:t>
      </w:r>
      <w:proofErr w:type="spellEnd"/>
      <w:r w:rsidR="00A90C8C"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="00A90C8C" w:rsidRPr="007D533E">
        <w:rPr>
          <w:rFonts w:cs="Times New Roman"/>
          <w:szCs w:val="28"/>
          <w:lang w:eastAsia="ru-RU"/>
        </w:rPr>
        <w:t>shaxs</w:t>
      </w:r>
      <w:proofErr w:type="spellEnd"/>
      <w:r w:rsidR="00A90C8C"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="00A90C8C" w:rsidRPr="007D533E">
        <w:rPr>
          <w:rFonts w:cs="Times New Roman"/>
          <w:szCs w:val="28"/>
          <w:lang w:eastAsia="ru-RU"/>
        </w:rPr>
        <w:t>tomonidan</w:t>
      </w:r>
      <w:proofErr w:type="spellEnd"/>
      <w:r w:rsidR="00A90C8C"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amalga</w:t>
      </w:r>
      <w:proofErr w:type="spellEnd"/>
      <w:r w:rsidRPr="007D533E">
        <w:rPr>
          <w:rFonts w:cs="Times New Roman"/>
          <w:szCs w:val="28"/>
          <w:lang w:eastAsia="ru-RU"/>
        </w:rPr>
        <w:t xml:space="preserve"> </w:t>
      </w:r>
      <w:proofErr w:type="spellStart"/>
      <w:r w:rsidRPr="007D533E">
        <w:rPr>
          <w:rFonts w:cs="Times New Roman"/>
          <w:szCs w:val="28"/>
          <w:lang w:eastAsia="ru-RU"/>
        </w:rPr>
        <w:t>oshiriladi</w:t>
      </w:r>
      <w:proofErr w:type="spellEnd"/>
      <w:r w:rsidRPr="007D533E">
        <w:rPr>
          <w:rFonts w:cs="Times New Roman"/>
          <w:szCs w:val="28"/>
          <w:lang w:eastAsia="ru-RU"/>
        </w:rPr>
        <w:t>.</w:t>
      </w:r>
    </w:p>
    <w:sectPr w:rsidR="00BD429E" w:rsidRPr="007D533E" w:rsidSect="007D533E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15034C"/>
    <w:multiLevelType w:val="hybridMultilevel"/>
    <w:tmpl w:val="304084D8"/>
    <w:lvl w:ilvl="0" w:tplc="6064744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778488A"/>
    <w:multiLevelType w:val="hybridMultilevel"/>
    <w:tmpl w:val="3B1647E8"/>
    <w:lvl w:ilvl="0" w:tplc="6064744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8337F4E"/>
    <w:multiLevelType w:val="multilevel"/>
    <w:tmpl w:val="4CEC6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E1A"/>
    <w:rsid w:val="0006063C"/>
    <w:rsid w:val="000E7F80"/>
    <w:rsid w:val="001119B3"/>
    <w:rsid w:val="0015074B"/>
    <w:rsid w:val="001B05E6"/>
    <w:rsid w:val="001C411E"/>
    <w:rsid w:val="00231220"/>
    <w:rsid w:val="0029639D"/>
    <w:rsid w:val="002A62C1"/>
    <w:rsid w:val="0030633E"/>
    <w:rsid w:val="00314E51"/>
    <w:rsid w:val="00326F90"/>
    <w:rsid w:val="004B403E"/>
    <w:rsid w:val="0054457A"/>
    <w:rsid w:val="005D60F3"/>
    <w:rsid w:val="006A5BAA"/>
    <w:rsid w:val="00731AF9"/>
    <w:rsid w:val="0075177C"/>
    <w:rsid w:val="007A542E"/>
    <w:rsid w:val="007D533E"/>
    <w:rsid w:val="00851C38"/>
    <w:rsid w:val="00882DF8"/>
    <w:rsid w:val="008C4A56"/>
    <w:rsid w:val="00900746"/>
    <w:rsid w:val="00A2011C"/>
    <w:rsid w:val="00A90C8C"/>
    <w:rsid w:val="00A9562E"/>
    <w:rsid w:val="00AA1D8D"/>
    <w:rsid w:val="00B34EB7"/>
    <w:rsid w:val="00B47730"/>
    <w:rsid w:val="00B944B9"/>
    <w:rsid w:val="00BD429E"/>
    <w:rsid w:val="00CB0664"/>
    <w:rsid w:val="00CB5C88"/>
    <w:rsid w:val="00CD2FE2"/>
    <w:rsid w:val="00D115DD"/>
    <w:rsid w:val="00D87D64"/>
    <w:rsid w:val="00DD1D06"/>
    <w:rsid w:val="00E46FBC"/>
    <w:rsid w:val="00E91668"/>
    <w:rsid w:val="00E919C6"/>
    <w:rsid w:val="00FA3F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C99B8"/>
  <w14:defaultImageDpi w14:val="300"/>
  <w15:docId w15:val="{1387C524-28C9-4382-B655-3AE384B3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a1"/>
    <w:rsid w:val="006A5BAA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ru-RU" w:eastAsia="ru-RU"/>
    </w:rPr>
  </w:style>
  <w:style w:type="paragraph" w:styleId="aff8">
    <w:name w:val="Normal (Web)"/>
    <w:basedOn w:val="a1"/>
    <w:uiPriority w:val="99"/>
    <w:semiHidden/>
    <w:unhideWhenUsed/>
    <w:rsid w:val="006A5BAA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ru-RU" w:eastAsia="ru-RU"/>
    </w:rPr>
  </w:style>
  <w:style w:type="paragraph" w:customStyle="1" w:styleId="BodyText">
    <w:name w:val="BodyText"/>
    <w:rsid w:val="00A2011C"/>
    <w:rPr>
      <w:rFonts w:ascii="Times New Roman" w:eastAsia="Times New Roman" w:hAnsi="Times New Roman"/>
      <w:sz w:val="28"/>
    </w:rPr>
  </w:style>
  <w:style w:type="paragraph" w:customStyle="1" w:styleId="BulletText">
    <w:name w:val="BulletText"/>
    <w:rsid w:val="00A2011C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6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1933</Words>
  <Characters>11023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12931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Javakhir Yakhyoev</cp:lastModifiedBy>
  <cp:revision>10</cp:revision>
  <dcterms:created xsi:type="dcterms:W3CDTF">2026-08-04T13:14:00Z</dcterms:created>
  <dcterms:modified xsi:type="dcterms:W3CDTF">2026-08-07T09:37:00Z</dcterms:modified>
  <cp:category/>
</cp:coreProperties>
</file>